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F0D4" w14:textId="77777777" w:rsidR="001E0D30" w:rsidRPr="009E3C84" w:rsidRDefault="001E0D30" w:rsidP="006114BA">
      <w:pPr>
        <w:pStyle w:val="Nagwek1"/>
        <w:spacing w:before="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Postępowanie publiczne</w:t>
      </w:r>
    </w:p>
    <w:p w14:paraId="7479D0E0" w14:textId="3376846C" w:rsidR="001E0D30" w:rsidRPr="009E3C84" w:rsidRDefault="001E0D30" w:rsidP="006114BA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9E3C84">
        <w:rPr>
          <w:rFonts w:ascii="Calibri" w:hAnsi="Calibri" w:cs="Calibri"/>
          <w:b/>
          <w:sz w:val="24"/>
          <w:szCs w:val="24"/>
        </w:rPr>
        <w:t>PP/7/2026</w:t>
      </w:r>
    </w:p>
    <w:p w14:paraId="004F15BE" w14:textId="77777777" w:rsidR="001E0D30" w:rsidRPr="009E3C84" w:rsidRDefault="001E0D30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b/>
          <w:sz w:val="24"/>
          <w:szCs w:val="24"/>
        </w:rPr>
        <w:t>o wartości szacunkowej nie przekraczającej kwoty 170 000 zł</w:t>
      </w:r>
    </w:p>
    <w:p w14:paraId="7501D0F1" w14:textId="77777777" w:rsidR="001E0D30" w:rsidRPr="009E3C84" w:rsidRDefault="001E0D30" w:rsidP="006114BA">
      <w:pPr>
        <w:spacing w:line="276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F8F5D65" w14:textId="75B25525" w:rsidR="0077628C" w:rsidRPr="009E3C84" w:rsidRDefault="001E0D30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 xml:space="preserve">Warunki zamówienia na </w:t>
      </w:r>
      <w:r w:rsidR="002F42F4" w:rsidRPr="009E3C84">
        <w:rPr>
          <w:rFonts w:ascii="Calibri" w:hAnsi="Calibri" w:cs="Calibri"/>
          <w:bCs/>
          <w:sz w:val="24"/>
          <w:szCs w:val="24"/>
        </w:rPr>
        <w:t>przeprowadzenie szkoleń i warsztatów merytorycznych w ramach projektu pn.</w:t>
      </w:r>
      <w:r w:rsidRPr="009E3C84">
        <w:rPr>
          <w:rFonts w:ascii="Calibri" w:hAnsi="Calibri" w:cs="Calibri"/>
          <w:b/>
          <w:sz w:val="24"/>
          <w:szCs w:val="24"/>
        </w:rPr>
        <w:t xml:space="preserve"> </w:t>
      </w:r>
      <w:r w:rsidR="002F42F4" w:rsidRPr="009E3C84">
        <w:rPr>
          <w:rFonts w:ascii="Calibri" w:hAnsi="Calibri" w:cs="Calibri"/>
          <w:b/>
          <w:sz w:val="24"/>
          <w:szCs w:val="24"/>
        </w:rPr>
        <w:t>„Zdrowi Pracownicy Centrum Zdrowia w Mikołowie”</w:t>
      </w:r>
    </w:p>
    <w:p w14:paraId="7A2F71E3" w14:textId="56158BE9" w:rsidR="001E0D30" w:rsidRPr="009E3C84" w:rsidRDefault="00F3041E" w:rsidP="006114BA">
      <w:pPr>
        <w:pStyle w:val="Nagwek1"/>
        <w:spacing w:before="24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I</w:t>
      </w:r>
      <w:r w:rsidRPr="009E3C84">
        <w:rPr>
          <w:rFonts w:ascii="Calibri" w:hAnsi="Calibri" w:cs="Calibri"/>
          <w:color w:val="auto"/>
          <w:sz w:val="24"/>
          <w:szCs w:val="24"/>
        </w:rPr>
        <w:tab/>
      </w:r>
      <w:r w:rsidR="001E0D30" w:rsidRPr="009E3C84">
        <w:rPr>
          <w:rFonts w:ascii="Calibri" w:hAnsi="Calibri" w:cs="Calibri"/>
          <w:color w:val="auto"/>
          <w:sz w:val="24"/>
          <w:szCs w:val="24"/>
        </w:rPr>
        <w:t>Informacje ogólne</w:t>
      </w:r>
    </w:p>
    <w:p w14:paraId="093107A1" w14:textId="2507B123" w:rsidR="001E0D30" w:rsidRPr="009E3C84" w:rsidRDefault="001E0D30" w:rsidP="006114BA">
      <w:pPr>
        <w:spacing w:after="0" w:line="276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Zamawiający: </w:t>
      </w:r>
      <w:r w:rsidR="007234BC"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>Akademickie Centrum Zdrowia w Mikołowie Sp. z o.o.</w:t>
      </w:r>
    </w:p>
    <w:p w14:paraId="38FE7033" w14:textId="77777777" w:rsidR="001E0D30" w:rsidRPr="009E3C84" w:rsidRDefault="001E0D30" w:rsidP="006114BA">
      <w:pPr>
        <w:spacing w:after="0" w:line="276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ul. Waryńskiego 2, 43-190 Mikołów, woj. śląskie</w:t>
      </w:r>
    </w:p>
    <w:p w14:paraId="14231DA9" w14:textId="77777777" w:rsidR="001E0D30" w:rsidRPr="009E3C84" w:rsidRDefault="001E0D30" w:rsidP="006114BA">
      <w:pPr>
        <w:spacing w:after="0" w:line="276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REGON: 241294970, NIP: 635 180 25 38, KRS: 0000335411</w:t>
      </w:r>
    </w:p>
    <w:p w14:paraId="22359AA9" w14:textId="77777777" w:rsidR="001E0D30" w:rsidRPr="009E3C84" w:rsidRDefault="001E0D30" w:rsidP="006114BA">
      <w:pPr>
        <w:pStyle w:val="Akapitzlist"/>
        <w:numPr>
          <w:ilvl w:val="0"/>
          <w:numId w:val="10"/>
        </w:numPr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nr telefonu: tel. 32 / 32 57 639</w:t>
      </w:r>
    </w:p>
    <w:p w14:paraId="7D7B1D0F" w14:textId="77777777" w:rsidR="001E0D30" w:rsidRPr="009E3C84" w:rsidRDefault="001E0D30" w:rsidP="006114BA">
      <w:pPr>
        <w:pStyle w:val="Akapitzlist"/>
        <w:numPr>
          <w:ilvl w:val="0"/>
          <w:numId w:val="10"/>
        </w:numPr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adres poczty elektronicznej: </w:t>
      </w:r>
      <w:hyperlink r:id="rId8" w:history="1">
        <w:r w:rsidRPr="009E3C84">
          <w:rPr>
            <w:rStyle w:val="Hipercze"/>
            <w:rFonts w:ascii="Calibri" w:hAnsi="Calibri" w:cs="Calibri"/>
            <w:color w:val="auto"/>
            <w:sz w:val="24"/>
            <w:szCs w:val="24"/>
          </w:rPr>
          <w:t>zamowienia@szpital-mikolow.com.pl</w:t>
        </w:r>
      </w:hyperlink>
      <w:r w:rsidRPr="009E3C84">
        <w:rPr>
          <w:rFonts w:ascii="Calibri" w:hAnsi="Calibri" w:cs="Calibri"/>
          <w:sz w:val="24"/>
          <w:szCs w:val="24"/>
        </w:rPr>
        <w:t xml:space="preserve"> </w:t>
      </w:r>
    </w:p>
    <w:p w14:paraId="6897B580" w14:textId="4E86E971" w:rsidR="00D56C06" w:rsidRPr="009E3C84" w:rsidRDefault="001E0D30" w:rsidP="006114BA">
      <w:pPr>
        <w:pStyle w:val="Akapitzlist"/>
        <w:numPr>
          <w:ilvl w:val="0"/>
          <w:numId w:val="10"/>
        </w:numPr>
        <w:spacing w:after="24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strona internetowa prowadzonego postępowania oraz strona, na której udostępniane będą zmiany i wyjaśnienia treści warunków zamówienia oraz inne dokumenty zamówienia bezpośrednio związane z postępowaniem o udzielenie zamówienia: </w:t>
      </w:r>
      <w:hyperlink r:id="rId9" w:history="1">
        <w:r w:rsidRPr="009E3C84">
          <w:rPr>
            <w:rStyle w:val="Hipercze"/>
            <w:rFonts w:ascii="Calibri" w:hAnsi="Calibri" w:cs="Calibri"/>
            <w:color w:val="auto"/>
            <w:sz w:val="24"/>
            <w:szCs w:val="24"/>
          </w:rPr>
          <w:t>https://szpital-mikolow.com.pl</w:t>
        </w:r>
      </w:hyperlink>
      <w:r w:rsidRPr="009E3C84">
        <w:rPr>
          <w:rFonts w:ascii="Calibri" w:hAnsi="Calibri" w:cs="Calibri"/>
          <w:sz w:val="24"/>
          <w:szCs w:val="24"/>
        </w:rPr>
        <w:t xml:space="preserve"> w zakładce Ogłoszenia – Zamówienia Publiczne  </w:t>
      </w:r>
    </w:p>
    <w:p w14:paraId="28CD81D7" w14:textId="500BA6B7" w:rsidR="001E0D30" w:rsidRPr="009E3C84" w:rsidRDefault="00F3041E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II</w:t>
      </w:r>
      <w:r w:rsidRPr="009E3C84">
        <w:rPr>
          <w:rFonts w:ascii="Calibri" w:hAnsi="Calibri" w:cs="Calibri"/>
          <w:color w:val="auto"/>
          <w:sz w:val="24"/>
          <w:szCs w:val="24"/>
        </w:rPr>
        <w:tab/>
      </w:r>
      <w:r w:rsidR="001E0D30" w:rsidRPr="009E3C84">
        <w:rPr>
          <w:rFonts w:ascii="Calibri" w:hAnsi="Calibri" w:cs="Calibri"/>
          <w:color w:val="auto"/>
          <w:sz w:val="24"/>
          <w:szCs w:val="24"/>
        </w:rPr>
        <w:t>Tryb udzielenia zamówienia</w:t>
      </w:r>
    </w:p>
    <w:p w14:paraId="6EFAD6BD" w14:textId="77777777" w:rsidR="001E0D30" w:rsidRPr="009E3C84" w:rsidRDefault="001E0D30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Postępowanie o udzielenie zamówienia publicznego prowadzone jest pominięciem ustawy Prawo zamówień publicznych albowiem wartość przedmiotu umowy nie przekroczy kwoty 170 000 zł</w:t>
      </w:r>
    </w:p>
    <w:p w14:paraId="1E8E6DD2" w14:textId="176FFEFF" w:rsidR="0077628C" w:rsidRPr="009E3C84" w:rsidRDefault="00F3041E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III</w:t>
      </w:r>
      <w:r w:rsidRPr="009E3C84">
        <w:rPr>
          <w:rFonts w:ascii="Calibri" w:hAnsi="Calibri" w:cs="Calibri"/>
          <w:color w:val="auto"/>
          <w:sz w:val="24"/>
          <w:szCs w:val="24"/>
        </w:rPr>
        <w:tab/>
      </w:r>
      <w:r w:rsidR="002F42F4" w:rsidRPr="009E3C84">
        <w:rPr>
          <w:rFonts w:ascii="Calibri" w:hAnsi="Calibri" w:cs="Calibri"/>
          <w:color w:val="auto"/>
          <w:sz w:val="24"/>
          <w:szCs w:val="24"/>
        </w:rPr>
        <w:t>Opis przedmiotu zamówienia</w:t>
      </w:r>
    </w:p>
    <w:p w14:paraId="5917D2DA" w14:textId="0E2FAD01" w:rsidR="0077628C" w:rsidRPr="009E3C84" w:rsidRDefault="002F42F4" w:rsidP="006114BA">
      <w:pPr>
        <w:pStyle w:val="Akapitzlist"/>
        <w:numPr>
          <w:ilvl w:val="0"/>
          <w:numId w:val="24"/>
        </w:numPr>
        <w:spacing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Przedmiotem niniejszego zamówienia jest wykonanie usługi polegającej na przeprowadzeniu szkoleń i warsztatów merytorycznych w ramach </w:t>
      </w:r>
      <w:r w:rsidR="000C1D56" w:rsidRPr="009E3C84">
        <w:rPr>
          <w:rFonts w:ascii="Calibri" w:hAnsi="Calibri" w:cs="Calibri"/>
          <w:sz w:val="24"/>
          <w:szCs w:val="24"/>
        </w:rPr>
        <w:t>P</w:t>
      </w:r>
      <w:r w:rsidRPr="009E3C84">
        <w:rPr>
          <w:rFonts w:ascii="Calibri" w:hAnsi="Calibri" w:cs="Calibri"/>
          <w:sz w:val="24"/>
          <w:szCs w:val="24"/>
        </w:rPr>
        <w:t>rogramu Fundusze Europejskie dla Śląskiego 2021-2027</w:t>
      </w:r>
      <w:r w:rsidR="000C1D56" w:rsidRPr="009E3C84">
        <w:rPr>
          <w:rFonts w:ascii="Calibri" w:hAnsi="Calibri" w:cs="Calibri"/>
          <w:sz w:val="24"/>
          <w:szCs w:val="24"/>
        </w:rPr>
        <w:t xml:space="preserve"> (Europejski Fundusz Społeczny +)</w:t>
      </w:r>
      <w:r w:rsidRPr="009E3C84">
        <w:rPr>
          <w:rFonts w:ascii="Calibri" w:hAnsi="Calibri" w:cs="Calibri"/>
          <w:sz w:val="24"/>
          <w:szCs w:val="24"/>
        </w:rPr>
        <w:t>, Priorytet FESL.05</w:t>
      </w:r>
      <w:r w:rsidR="000C1D56" w:rsidRPr="009E3C84">
        <w:rPr>
          <w:rFonts w:ascii="Calibri" w:hAnsi="Calibri" w:cs="Calibri"/>
          <w:sz w:val="24"/>
          <w:szCs w:val="24"/>
        </w:rPr>
        <w:t>.00 -</w:t>
      </w:r>
      <w:r w:rsidRPr="009E3C84">
        <w:rPr>
          <w:rFonts w:ascii="Calibri" w:hAnsi="Calibri" w:cs="Calibri"/>
          <w:sz w:val="24"/>
          <w:szCs w:val="24"/>
        </w:rPr>
        <w:t xml:space="preserve"> Fundusze Europejskie dla rynku pracy, Działanie FESL.05.13</w:t>
      </w:r>
      <w:r w:rsidR="000C1D56" w:rsidRPr="009E3C84">
        <w:rPr>
          <w:rFonts w:ascii="Calibri" w:hAnsi="Calibri" w:cs="Calibri"/>
          <w:sz w:val="24"/>
          <w:szCs w:val="24"/>
        </w:rPr>
        <w:t xml:space="preserve"> -</w:t>
      </w:r>
      <w:r w:rsidRPr="009E3C84">
        <w:rPr>
          <w:rFonts w:ascii="Calibri" w:hAnsi="Calibri" w:cs="Calibri"/>
          <w:sz w:val="24"/>
          <w:szCs w:val="24"/>
        </w:rPr>
        <w:t xml:space="preserve"> Zdrowy pracownik, Typ 1: Eliminowanie zdrowotnych czynników ryzyka w miejscu pracy. </w:t>
      </w:r>
      <w:r w:rsidRPr="009E3C84">
        <w:rPr>
          <w:rFonts w:ascii="Calibri" w:hAnsi="Calibri" w:cs="Calibri"/>
          <w:b/>
          <w:sz w:val="24"/>
          <w:szCs w:val="24"/>
        </w:rPr>
        <w:t xml:space="preserve">Szczegółowy opis przedmiotu zamówienia określono w Załączniku nr 1 do </w:t>
      </w:r>
      <w:r w:rsidR="00CB27B0" w:rsidRPr="009E3C84">
        <w:rPr>
          <w:rFonts w:ascii="Calibri" w:hAnsi="Calibri" w:cs="Calibri"/>
          <w:b/>
          <w:sz w:val="24"/>
          <w:szCs w:val="24"/>
        </w:rPr>
        <w:t>postępowania</w:t>
      </w:r>
      <w:r w:rsidRPr="009E3C84">
        <w:rPr>
          <w:rFonts w:ascii="Calibri" w:hAnsi="Calibri" w:cs="Calibri"/>
          <w:b/>
          <w:sz w:val="24"/>
          <w:szCs w:val="24"/>
        </w:rPr>
        <w:t>.</w:t>
      </w:r>
    </w:p>
    <w:p w14:paraId="460FC785" w14:textId="77777777" w:rsidR="000C1D56" w:rsidRPr="009E3C84" w:rsidRDefault="002F42F4" w:rsidP="006114BA">
      <w:pPr>
        <w:pStyle w:val="Akapitzlist"/>
        <w:numPr>
          <w:ilvl w:val="0"/>
          <w:numId w:val="24"/>
        </w:numPr>
        <w:spacing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Zamówienie obejmuje realizację wszystkich form wsparcia edukacyjnego, szkoleniowego i świadomościowego przewidzianych w zadaniu nr 1 projektu, tj.: </w:t>
      </w:r>
    </w:p>
    <w:p w14:paraId="106C949B" w14:textId="5860E628" w:rsidR="000C1D56" w:rsidRPr="009E3C84" w:rsidRDefault="002F42F4" w:rsidP="006114BA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szkoleni</w:t>
      </w:r>
      <w:r w:rsidR="000C1D56" w:rsidRPr="009E3C84">
        <w:rPr>
          <w:rFonts w:ascii="Calibri" w:hAnsi="Calibri" w:cs="Calibri"/>
          <w:sz w:val="24"/>
          <w:szCs w:val="24"/>
        </w:rPr>
        <w:t>e</w:t>
      </w:r>
      <w:r w:rsidRPr="009E3C84">
        <w:rPr>
          <w:rFonts w:ascii="Calibri" w:hAnsi="Calibri" w:cs="Calibri"/>
          <w:sz w:val="24"/>
          <w:szCs w:val="24"/>
        </w:rPr>
        <w:t xml:space="preserve"> „Zarządzanie stresem i przeciwdziałanie wypaleniu zawodowemu”, </w:t>
      </w:r>
    </w:p>
    <w:p w14:paraId="681C8F20" w14:textId="186A773B" w:rsidR="000C1D56" w:rsidRPr="009E3C84" w:rsidRDefault="002F42F4" w:rsidP="006114BA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warsztat „Zdrowy kręgosłup”, </w:t>
      </w:r>
    </w:p>
    <w:p w14:paraId="157A8E18" w14:textId="36B721DD" w:rsidR="000C1D56" w:rsidRPr="009E3C84" w:rsidRDefault="002F42F4" w:rsidP="006114BA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szkoleni</w:t>
      </w:r>
      <w:r w:rsidR="000C1D56" w:rsidRPr="009E3C84">
        <w:rPr>
          <w:rFonts w:ascii="Calibri" w:hAnsi="Calibri" w:cs="Calibri"/>
          <w:sz w:val="24"/>
          <w:szCs w:val="24"/>
        </w:rPr>
        <w:t>e</w:t>
      </w:r>
      <w:r w:rsidRPr="009E3C84">
        <w:rPr>
          <w:rFonts w:ascii="Calibri" w:hAnsi="Calibri" w:cs="Calibri"/>
          <w:sz w:val="24"/>
          <w:szCs w:val="24"/>
        </w:rPr>
        <w:t xml:space="preserve"> „Komunikacja interpersonalna”, </w:t>
      </w:r>
    </w:p>
    <w:p w14:paraId="2579E849" w14:textId="578BA7E4" w:rsidR="000C1D56" w:rsidRPr="009E3C84" w:rsidRDefault="002F42F4" w:rsidP="006114BA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szkoleni</w:t>
      </w:r>
      <w:r w:rsidR="000C1D56" w:rsidRPr="009E3C84">
        <w:rPr>
          <w:rFonts w:ascii="Calibri" w:hAnsi="Calibri" w:cs="Calibri"/>
          <w:sz w:val="24"/>
          <w:szCs w:val="24"/>
        </w:rPr>
        <w:t>e</w:t>
      </w:r>
      <w:r w:rsidRPr="009E3C84">
        <w:rPr>
          <w:rFonts w:ascii="Calibri" w:hAnsi="Calibri" w:cs="Calibri"/>
          <w:sz w:val="24"/>
          <w:szCs w:val="24"/>
        </w:rPr>
        <w:t xml:space="preserve"> „Asertywna obsługa klienta” cz</w:t>
      </w:r>
      <w:r w:rsidR="00D50B40" w:rsidRPr="009E3C84">
        <w:rPr>
          <w:rFonts w:ascii="Calibri" w:hAnsi="Calibri" w:cs="Calibri"/>
          <w:sz w:val="24"/>
          <w:szCs w:val="24"/>
        </w:rPr>
        <w:t xml:space="preserve">ęść </w:t>
      </w:r>
      <w:r w:rsidRPr="009E3C84">
        <w:rPr>
          <w:rFonts w:ascii="Calibri" w:hAnsi="Calibri" w:cs="Calibri"/>
          <w:sz w:val="24"/>
          <w:szCs w:val="24"/>
        </w:rPr>
        <w:t xml:space="preserve">1, </w:t>
      </w:r>
    </w:p>
    <w:p w14:paraId="7DFF7902" w14:textId="59C95E5A" w:rsidR="000C1D56" w:rsidRPr="009E3C84" w:rsidRDefault="002F42F4" w:rsidP="006114BA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warsztat „Praktyczny trening asertywności” cz</w:t>
      </w:r>
      <w:r w:rsidR="00D50B40" w:rsidRPr="009E3C84">
        <w:rPr>
          <w:rFonts w:ascii="Calibri" w:hAnsi="Calibri" w:cs="Calibri"/>
          <w:sz w:val="24"/>
          <w:szCs w:val="24"/>
        </w:rPr>
        <w:t xml:space="preserve">ęść </w:t>
      </w:r>
      <w:r w:rsidRPr="009E3C84">
        <w:rPr>
          <w:rFonts w:ascii="Calibri" w:hAnsi="Calibri" w:cs="Calibri"/>
          <w:sz w:val="24"/>
          <w:szCs w:val="24"/>
        </w:rPr>
        <w:t xml:space="preserve">2, </w:t>
      </w:r>
    </w:p>
    <w:p w14:paraId="3686383F" w14:textId="0691A474" w:rsidR="000C1D56" w:rsidRPr="009E3C84" w:rsidRDefault="009C2FDD" w:rsidP="006114BA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warsztat</w:t>
      </w:r>
      <w:r w:rsidR="002F42F4" w:rsidRPr="009E3C84">
        <w:rPr>
          <w:rFonts w:ascii="Calibri" w:hAnsi="Calibri" w:cs="Calibri"/>
          <w:sz w:val="24"/>
          <w:szCs w:val="24"/>
        </w:rPr>
        <w:t xml:space="preserve"> „Czynniki ergonomiczne w środowisku pracy” </w:t>
      </w:r>
    </w:p>
    <w:p w14:paraId="0200CC91" w14:textId="7824D27B" w:rsidR="0077628C" w:rsidRPr="009E3C84" w:rsidRDefault="009C2FDD" w:rsidP="006114BA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warsztat</w:t>
      </w:r>
      <w:r w:rsidR="002D4236" w:rsidRPr="009E3C84">
        <w:rPr>
          <w:rFonts w:ascii="Calibri" w:hAnsi="Calibri" w:cs="Calibri"/>
          <w:sz w:val="24"/>
          <w:szCs w:val="24"/>
        </w:rPr>
        <w:t xml:space="preserve"> </w:t>
      </w:r>
      <w:r w:rsidR="000C1D56" w:rsidRPr="009E3C84">
        <w:rPr>
          <w:rFonts w:ascii="Calibri" w:hAnsi="Calibri" w:cs="Calibri"/>
          <w:sz w:val="24"/>
          <w:szCs w:val="24"/>
        </w:rPr>
        <w:t>„</w:t>
      </w:r>
      <w:r w:rsidR="002F42F4" w:rsidRPr="009E3C84">
        <w:rPr>
          <w:rFonts w:ascii="Calibri" w:hAnsi="Calibri" w:cs="Calibri"/>
          <w:sz w:val="24"/>
          <w:szCs w:val="24"/>
        </w:rPr>
        <w:t>Czynniki psychospołeczne w środowisku pracy”.</w:t>
      </w:r>
    </w:p>
    <w:p w14:paraId="6EF4198C" w14:textId="791BB137" w:rsidR="0077628C" w:rsidRPr="009E3C84" w:rsidRDefault="002F42F4" w:rsidP="006114BA">
      <w:pPr>
        <w:pStyle w:val="Akapitzlist"/>
        <w:numPr>
          <w:ilvl w:val="0"/>
          <w:numId w:val="24"/>
        </w:numPr>
        <w:spacing w:after="6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lastRenderedPageBreak/>
        <w:t>Wykonawca zobowiązany jest do realizacji usługi zgodnie z opisem przedmiotu zamówienia określonym w Załączniku nr 1.</w:t>
      </w:r>
    </w:p>
    <w:p w14:paraId="7CA3891C" w14:textId="5E02E8D7" w:rsidR="0077628C" w:rsidRPr="009E3C84" w:rsidRDefault="002F42F4" w:rsidP="006114BA">
      <w:pPr>
        <w:pStyle w:val="Akapitzlist"/>
        <w:numPr>
          <w:ilvl w:val="0"/>
          <w:numId w:val="24"/>
        </w:numPr>
        <w:spacing w:after="6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Zajęcia będą prowadzone w czasie rzeczywistym, w formie teoretyczno-warsztatowej, stacjonarnie w miejscu wskazanym przez Zamawiającego</w:t>
      </w:r>
      <w:r w:rsidR="009713C0" w:rsidRPr="009E3C84">
        <w:rPr>
          <w:rFonts w:ascii="Calibri" w:hAnsi="Calibri" w:cs="Calibri"/>
          <w:sz w:val="24"/>
          <w:szCs w:val="24"/>
        </w:rPr>
        <w:t>.</w:t>
      </w:r>
    </w:p>
    <w:p w14:paraId="28CFE29F" w14:textId="30214072" w:rsidR="0077628C" w:rsidRPr="009E3C84" w:rsidRDefault="002F42F4" w:rsidP="006114BA">
      <w:pPr>
        <w:pStyle w:val="Akapitzlist"/>
        <w:numPr>
          <w:ilvl w:val="0"/>
          <w:numId w:val="24"/>
        </w:numPr>
        <w:spacing w:after="6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Maksymalna liczebność jednej grupy wynosi 15 osób.</w:t>
      </w:r>
    </w:p>
    <w:p w14:paraId="62B7079D" w14:textId="77777777" w:rsidR="00D33671" w:rsidRPr="009E3C84" w:rsidRDefault="005C1D5D" w:rsidP="006114BA">
      <w:pPr>
        <w:pStyle w:val="Akapitzlist"/>
        <w:numPr>
          <w:ilvl w:val="0"/>
          <w:numId w:val="24"/>
        </w:numPr>
        <w:spacing w:after="6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Wykonawca przygotuje dla każdego </w:t>
      </w:r>
      <w:r w:rsidR="002F42F4" w:rsidRPr="009E3C84">
        <w:rPr>
          <w:rFonts w:ascii="Calibri" w:hAnsi="Calibri" w:cs="Calibri"/>
          <w:sz w:val="24"/>
          <w:szCs w:val="24"/>
        </w:rPr>
        <w:t>uczestnik</w:t>
      </w:r>
      <w:r w:rsidRPr="009E3C84">
        <w:rPr>
          <w:rFonts w:ascii="Calibri" w:hAnsi="Calibri" w:cs="Calibri"/>
          <w:sz w:val="24"/>
          <w:szCs w:val="24"/>
        </w:rPr>
        <w:t xml:space="preserve">a </w:t>
      </w:r>
      <w:r w:rsidR="002F42F4" w:rsidRPr="009E3C84">
        <w:rPr>
          <w:rFonts w:ascii="Calibri" w:hAnsi="Calibri" w:cs="Calibri"/>
          <w:sz w:val="24"/>
          <w:szCs w:val="24"/>
        </w:rPr>
        <w:t xml:space="preserve">materiały edukacyjne w formie elektronicznej. </w:t>
      </w:r>
    </w:p>
    <w:p w14:paraId="0934D348" w14:textId="559F7E24" w:rsidR="0077628C" w:rsidRPr="009E3C84" w:rsidRDefault="002F42F4" w:rsidP="006114BA">
      <w:pPr>
        <w:pStyle w:val="Akapitzlist"/>
        <w:numPr>
          <w:ilvl w:val="0"/>
          <w:numId w:val="24"/>
        </w:numPr>
        <w:spacing w:after="6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Usługa nie obejmuje cateringu.</w:t>
      </w:r>
    </w:p>
    <w:p w14:paraId="6323B26F" w14:textId="7734A185" w:rsidR="00CB27B0" w:rsidRPr="009E3C84" w:rsidRDefault="002F42F4" w:rsidP="006114BA">
      <w:pPr>
        <w:pStyle w:val="Akapitzlist"/>
        <w:numPr>
          <w:ilvl w:val="0"/>
          <w:numId w:val="24"/>
        </w:numPr>
        <w:spacing w:before="24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Wykonawca zobowiązany będzie do prowadzenia dokumentacji potwierdzającej realizację usługi, w szczególności list obecności oraz certyfikatów/zaświadczeń lub innych równoważnych dokumentów potwierdzających ukończenie szkolenia/warsztatu, ze wskazaniem liczby godzin.</w:t>
      </w:r>
    </w:p>
    <w:p w14:paraId="7FECFD0C" w14:textId="098AE543" w:rsidR="00C565FE" w:rsidRPr="009E3C84" w:rsidRDefault="00D33671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I</w:t>
      </w:r>
      <w:r w:rsidR="001E0D30" w:rsidRPr="009E3C84">
        <w:rPr>
          <w:rFonts w:ascii="Calibri" w:hAnsi="Calibri" w:cs="Calibri"/>
          <w:color w:val="auto"/>
          <w:sz w:val="24"/>
          <w:szCs w:val="24"/>
        </w:rPr>
        <w:t>V</w:t>
      </w:r>
      <w:r w:rsidR="001E0D30" w:rsidRPr="009E3C84">
        <w:rPr>
          <w:rFonts w:ascii="Calibri" w:hAnsi="Calibri" w:cs="Calibri"/>
          <w:color w:val="auto"/>
          <w:sz w:val="24"/>
          <w:szCs w:val="24"/>
        </w:rPr>
        <w:tab/>
        <w:t xml:space="preserve">Warunki udziału w postępowaniu oraz opis sposobu dokonywania oceny spełniania tych warunków </w:t>
      </w:r>
      <w:r w:rsidR="000D20D8">
        <w:rPr>
          <w:rFonts w:ascii="Calibri" w:hAnsi="Calibri" w:cs="Calibri"/>
          <w:color w:val="auto"/>
          <w:sz w:val="24"/>
          <w:szCs w:val="24"/>
        </w:rPr>
        <w:t>i podstawy wykluczenia</w:t>
      </w:r>
    </w:p>
    <w:p w14:paraId="1F0FCCBC" w14:textId="677349F6" w:rsidR="00C565FE" w:rsidRPr="000D20D8" w:rsidRDefault="00C565FE" w:rsidP="006114BA">
      <w:pPr>
        <w:pStyle w:val="Akapitzlist"/>
        <w:numPr>
          <w:ilvl w:val="0"/>
          <w:numId w:val="40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0D20D8">
        <w:rPr>
          <w:rFonts w:ascii="Calibri" w:hAnsi="Calibri" w:cs="Calibri"/>
          <w:sz w:val="24"/>
          <w:szCs w:val="24"/>
        </w:rPr>
        <w:t>udzielenie zamówienia mogą ubiegać się Wykonawcy, którzy spełniają warunki udziału w postępowaniu dotyczące:</w:t>
      </w:r>
    </w:p>
    <w:p w14:paraId="3C2E1420" w14:textId="3E3227EC" w:rsidR="00C565FE" w:rsidRPr="009E3C84" w:rsidRDefault="00C565FE" w:rsidP="006114BA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posiadania uprawnień do prowadzenia określonej działalności gospodarczej lub zawodowej – Zamawiający nie opisuje szczegółowo wymagań w zakresie spełniania tego warunku. </w:t>
      </w:r>
    </w:p>
    <w:p w14:paraId="4EC6E292" w14:textId="48BD6E9E" w:rsidR="00C565FE" w:rsidRPr="009E3C84" w:rsidRDefault="00C565FE" w:rsidP="006114BA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zdolności ekonomicznej lub finansowej – Zamawiający nie opisuje szczegółowo wymagań w zakresie spełniania tego warunku. </w:t>
      </w:r>
    </w:p>
    <w:p w14:paraId="4804337D" w14:textId="23798352" w:rsidR="00D33671" w:rsidRPr="009E3C84" w:rsidRDefault="00C565FE" w:rsidP="006114BA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zdolności technicznej lub zawodowej – </w:t>
      </w:r>
      <w:r w:rsidR="001E0D30" w:rsidRPr="009E3C84">
        <w:rPr>
          <w:rFonts w:ascii="Calibri" w:hAnsi="Calibri" w:cs="Calibri"/>
          <w:sz w:val="24"/>
          <w:szCs w:val="24"/>
        </w:rPr>
        <w:t>Wykonawca zapewni</w:t>
      </w:r>
      <w:r w:rsidRPr="009E3C84">
        <w:rPr>
          <w:rFonts w:ascii="Calibri" w:hAnsi="Calibri" w:cs="Calibri"/>
          <w:sz w:val="24"/>
          <w:szCs w:val="24"/>
        </w:rPr>
        <w:t>a</w:t>
      </w:r>
      <w:r w:rsidR="001E0D30" w:rsidRPr="009E3C84">
        <w:rPr>
          <w:rFonts w:ascii="Calibri" w:hAnsi="Calibri" w:cs="Calibri"/>
          <w:sz w:val="24"/>
          <w:szCs w:val="24"/>
        </w:rPr>
        <w:t xml:space="preserve"> </w:t>
      </w:r>
      <w:r w:rsidRPr="009E3C84">
        <w:rPr>
          <w:rFonts w:ascii="Calibri" w:hAnsi="Calibri" w:cs="Calibri"/>
          <w:sz w:val="24"/>
          <w:szCs w:val="24"/>
        </w:rPr>
        <w:t>trenerów</w:t>
      </w:r>
      <w:r w:rsidR="001E0D30" w:rsidRPr="009E3C84">
        <w:rPr>
          <w:rFonts w:ascii="Calibri" w:hAnsi="Calibri" w:cs="Calibri"/>
          <w:sz w:val="24"/>
          <w:szCs w:val="24"/>
        </w:rPr>
        <w:t xml:space="preserve"> posiadających minimum 2-letnie doświadczenie zawodowe w </w:t>
      </w:r>
      <w:r w:rsidR="000D20D8">
        <w:rPr>
          <w:rFonts w:ascii="Calibri" w:hAnsi="Calibri" w:cs="Calibri"/>
          <w:sz w:val="24"/>
          <w:szCs w:val="24"/>
        </w:rPr>
        <w:t>prowadzenia szkoleń/warsztatów grupowych których tematyka jest zbliżona merytorycznie  z przedmiotem zamówienia</w:t>
      </w:r>
      <w:r w:rsidR="001E0D30" w:rsidRPr="009E3C84">
        <w:rPr>
          <w:rFonts w:ascii="Calibri" w:hAnsi="Calibri" w:cs="Calibri"/>
          <w:sz w:val="24"/>
          <w:szCs w:val="24"/>
        </w:rPr>
        <w:t>.</w:t>
      </w:r>
    </w:p>
    <w:p w14:paraId="51292FF3" w14:textId="264978B4" w:rsidR="00C565FE" w:rsidRPr="000D20D8" w:rsidRDefault="00C565FE" w:rsidP="006114BA">
      <w:pPr>
        <w:pStyle w:val="Akapitzlist"/>
        <w:numPr>
          <w:ilvl w:val="0"/>
          <w:numId w:val="40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0D20D8">
        <w:rPr>
          <w:rFonts w:ascii="Calibri" w:hAnsi="Calibri" w:cs="Calibri"/>
          <w:sz w:val="24"/>
          <w:szCs w:val="24"/>
        </w:rPr>
        <w:t>Podstawy wykluczenia</w:t>
      </w:r>
      <w:r w:rsidR="00B96378" w:rsidRPr="000D20D8">
        <w:rPr>
          <w:rFonts w:ascii="Calibri" w:hAnsi="Calibri" w:cs="Calibri"/>
          <w:sz w:val="24"/>
          <w:szCs w:val="24"/>
        </w:rPr>
        <w:t>:</w:t>
      </w:r>
    </w:p>
    <w:p w14:paraId="3FA7C204" w14:textId="04FAFB29" w:rsidR="00C565FE" w:rsidRPr="009E3C84" w:rsidRDefault="00C565FE" w:rsidP="006114BA">
      <w:pPr>
        <w:spacing w:after="0" w:line="276" w:lineRule="auto"/>
        <w:ind w:left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Zamawiający wykluczy z postępowania o udzielenie zamówienia Wykonawcę w przypadkach, o których mowa w art. 7 ust. 1 ustawy z dnia 13 kwietnia 2022 r. o szczególnych rozwiązaniach w zakresie przeciwdziałania wspieraniu agresji na Ukrainę oraz służących ochronie bezpieczeństwa narodowego (t.j.Dz.U.2025.514 ze zm.). Do Wykonawcy podlegającemu wykluczeniu w tym zakresie stosuje się art. 7 ust. 1 pkt 1) - 3) wspomnianej ustawy.</w:t>
      </w:r>
    </w:p>
    <w:p w14:paraId="4CBD5929" w14:textId="2EF217AE" w:rsidR="0093462D" w:rsidRPr="009E3C84" w:rsidRDefault="0093462D" w:rsidP="006114BA">
      <w:pPr>
        <w:pStyle w:val="Akapitzlist"/>
        <w:numPr>
          <w:ilvl w:val="0"/>
          <w:numId w:val="14"/>
        </w:numPr>
        <w:spacing w:line="276" w:lineRule="auto"/>
        <w:ind w:left="357" w:hanging="357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Ocena spełniania warunków dokonana zostanie na podstawie z</w:t>
      </w:r>
      <w:r w:rsidR="00D50B40" w:rsidRPr="009E3C84">
        <w:rPr>
          <w:rFonts w:ascii="Calibri" w:hAnsi="Calibri" w:cs="Calibri"/>
          <w:bCs/>
          <w:sz w:val="24"/>
          <w:szCs w:val="24"/>
        </w:rPr>
        <w:t>ł</w:t>
      </w:r>
      <w:r w:rsidRPr="009E3C84">
        <w:rPr>
          <w:rFonts w:ascii="Calibri" w:hAnsi="Calibri" w:cs="Calibri"/>
          <w:bCs/>
          <w:sz w:val="24"/>
          <w:szCs w:val="24"/>
        </w:rPr>
        <w:t xml:space="preserve">ożonego oświadczenia w Formularzu oferty </w:t>
      </w:r>
      <w:r w:rsidR="00D50B40" w:rsidRPr="009E3C84">
        <w:rPr>
          <w:rFonts w:ascii="Calibri" w:hAnsi="Calibri" w:cs="Calibri"/>
          <w:bCs/>
          <w:sz w:val="24"/>
          <w:szCs w:val="24"/>
        </w:rPr>
        <w:t xml:space="preserve">na zasadzie </w:t>
      </w:r>
      <w:r w:rsidRPr="009E3C84">
        <w:rPr>
          <w:rFonts w:ascii="Calibri" w:hAnsi="Calibri" w:cs="Calibri"/>
          <w:bCs/>
          <w:sz w:val="24"/>
          <w:szCs w:val="24"/>
        </w:rPr>
        <w:t>spełnia / nie spełnia</w:t>
      </w:r>
    </w:p>
    <w:p w14:paraId="15347B45" w14:textId="749A37AB" w:rsidR="0077628C" w:rsidRPr="009E3C84" w:rsidRDefault="00617218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V</w:t>
      </w:r>
      <w:r w:rsidRPr="009E3C84">
        <w:rPr>
          <w:rFonts w:ascii="Calibri" w:hAnsi="Calibri" w:cs="Calibri"/>
          <w:color w:val="auto"/>
          <w:sz w:val="24"/>
          <w:szCs w:val="24"/>
        </w:rPr>
        <w:tab/>
      </w:r>
      <w:r w:rsidR="002F42F4" w:rsidRPr="009E3C84">
        <w:rPr>
          <w:rFonts w:ascii="Calibri" w:hAnsi="Calibri" w:cs="Calibri"/>
          <w:color w:val="auto"/>
          <w:sz w:val="24"/>
          <w:szCs w:val="24"/>
        </w:rPr>
        <w:t xml:space="preserve"> Termin realizacji zamówienia</w:t>
      </w:r>
    </w:p>
    <w:p w14:paraId="1969C289" w14:textId="292BBC2B" w:rsidR="0077628C" w:rsidRPr="009E3C84" w:rsidRDefault="002F42F4" w:rsidP="006114BA">
      <w:pPr>
        <w:pStyle w:val="Akapitzlist"/>
        <w:numPr>
          <w:ilvl w:val="0"/>
          <w:numId w:val="26"/>
        </w:numPr>
        <w:spacing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Wykonanie przedmiotu zamówienia nastąpi w terminie uzgodnionym z Zamawiającym, zgodnie z harmonogramem realizacji projektu, nie później niż do dnia 28 </w:t>
      </w:r>
      <w:r w:rsidR="002D4236" w:rsidRPr="009E3C84">
        <w:rPr>
          <w:rFonts w:ascii="Calibri" w:hAnsi="Calibri" w:cs="Calibri"/>
          <w:sz w:val="24"/>
          <w:szCs w:val="24"/>
        </w:rPr>
        <w:t>lutego</w:t>
      </w:r>
      <w:r w:rsidRPr="009E3C84">
        <w:rPr>
          <w:rFonts w:ascii="Calibri" w:hAnsi="Calibri" w:cs="Calibri"/>
          <w:sz w:val="24"/>
          <w:szCs w:val="24"/>
        </w:rPr>
        <w:t xml:space="preserve"> 2027 r.</w:t>
      </w:r>
    </w:p>
    <w:p w14:paraId="0958CBA7" w14:textId="38FE345D" w:rsidR="0077628C" w:rsidRPr="009E3C84" w:rsidRDefault="002F42F4" w:rsidP="006114BA">
      <w:pPr>
        <w:pStyle w:val="Akapitzlist"/>
        <w:numPr>
          <w:ilvl w:val="0"/>
          <w:numId w:val="26"/>
        </w:numPr>
        <w:spacing w:after="6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Szczegółowe terminy poszczególnych szkoleń i warsztatów zostaną uzgodnione z Zamawiającym po wyborze oferty.</w:t>
      </w:r>
    </w:p>
    <w:p w14:paraId="6340C4C8" w14:textId="19A45709" w:rsidR="0077628C" w:rsidRPr="009E3C84" w:rsidRDefault="00617218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lastRenderedPageBreak/>
        <w:t>VI</w:t>
      </w:r>
      <w:r w:rsidRPr="009E3C84">
        <w:rPr>
          <w:rFonts w:ascii="Calibri" w:hAnsi="Calibri" w:cs="Calibri"/>
          <w:color w:val="auto"/>
          <w:sz w:val="24"/>
          <w:szCs w:val="24"/>
        </w:rPr>
        <w:tab/>
      </w:r>
      <w:r w:rsidR="0033589A" w:rsidRPr="009E3C84">
        <w:rPr>
          <w:rFonts w:ascii="Calibri" w:hAnsi="Calibri" w:cs="Calibri"/>
          <w:color w:val="auto"/>
          <w:sz w:val="24"/>
          <w:szCs w:val="24"/>
        </w:rPr>
        <w:t xml:space="preserve"> Poprawianie omyłek</w:t>
      </w:r>
    </w:p>
    <w:p w14:paraId="46CA25F7" w14:textId="77777777" w:rsidR="0077628C" w:rsidRPr="009E3C84" w:rsidRDefault="002F42F4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Zamawiający poprawia w ofercie oczywiste omyłki rachunkowe oraz oczywiste omyłki pisarskie, zawiadamiając o tym Wykonawcę, którego oferta została poprawiona.</w:t>
      </w:r>
    </w:p>
    <w:p w14:paraId="541F517E" w14:textId="3EC3D01D" w:rsidR="0077628C" w:rsidRPr="009E3C84" w:rsidRDefault="00617218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VII</w:t>
      </w:r>
      <w:r w:rsidRPr="009E3C84">
        <w:rPr>
          <w:rFonts w:ascii="Calibri" w:hAnsi="Calibri" w:cs="Calibri"/>
          <w:color w:val="auto"/>
          <w:sz w:val="24"/>
          <w:szCs w:val="24"/>
        </w:rPr>
        <w:tab/>
      </w:r>
      <w:r w:rsidR="0033589A" w:rsidRPr="009E3C84">
        <w:rPr>
          <w:rFonts w:ascii="Calibri" w:hAnsi="Calibri" w:cs="Calibri"/>
          <w:color w:val="auto"/>
          <w:sz w:val="24"/>
          <w:szCs w:val="24"/>
        </w:rPr>
        <w:t xml:space="preserve">Informacje o sposobie porozumiewania się z Wykonawcami </w:t>
      </w:r>
    </w:p>
    <w:p w14:paraId="3E7732A7" w14:textId="6C6CF5B4" w:rsidR="00AF55D4" w:rsidRPr="009E3C84" w:rsidRDefault="00AF55D4" w:rsidP="006114BA">
      <w:pPr>
        <w:pStyle w:val="Tekstpodstawowy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Calibri" w:hAnsi="Calibri" w:cs="Calibri"/>
          <w:b/>
          <w:bCs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Wykonawca może zwrócić się do Zamawiającego z wnioskiem o wyjaśnienie treści warunków zamówienia e-mailem na adres: </w:t>
      </w:r>
      <w:hyperlink r:id="rId10" w:history="1">
        <w:r w:rsidRPr="009E3C84">
          <w:rPr>
            <w:rStyle w:val="Hipercze"/>
            <w:rFonts w:ascii="Calibri" w:hAnsi="Calibri" w:cs="Calibri"/>
            <w:b/>
            <w:bCs/>
            <w:color w:val="auto"/>
            <w:sz w:val="24"/>
            <w:szCs w:val="24"/>
          </w:rPr>
          <w:t>zamowienia@szpital-mikolow.com.pl</w:t>
        </w:r>
      </w:hyperlink>
      <w:r w:rsidRPr="009E3C84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DDEFFF0" w14:textId="3CE54D67" w:rsidR="00AF55D4" w:rsidRPr="009E3C84" w:rsidRDefault="00AF55D4" w:rsidP="006114BA">
      <w:pPr>
        <w:pStyle w:val="Tekstpodstawowy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Zamawiający niezwłocznie udzieli wyjaśnień, jednakże nie później niż na 2 dni przed upływem terminu składania ofert, o ile wniosek o wyjaśnienie treści</w:t>
      </w:r>
      <w:r w:rsidR="00176A9C" w:rsidRPr="009E3C84">
        <w:rPr>
          <w:rFonts w:ascii="Calibri" w:hAnsi="Calibri" w:cs="Calibri"/>
          <w:sz w:val="24"/>
          <w:szCs w:val="24"/>
        </w:rPr>
        <w:t xml:space="preserve"> warunków zamówienia </w:t>
      </w:r>
      <w:r w:rsidRPr="009E3C84">
        <w:rPr>
          <w:rFonts w:ascii="Calibri" w:hAnsi="Calibri" w:cs="Calibri"/>
          <w:sz w:val="24"/>
          <w:szCs w:val="24"/>
        </w:rPr>
        <w:t xml:space="preserve"> wpłynie do Zamawiającego nie później niż na 4 dni przed upływem terminu składania ofert.</w:t>
      </w:r>
    </w:p>
    <w:p w14:paraId="6F0DA121" w14:textId="537B2BA6" w:rsidR="00AF55D4" w:rsidRPr="009E3C84" w:rsidRDefault="00AF55D4" w:rsidP="006114BA">
      <w:pPr>
        <w:pStyle w:val="Tekstpodstawowy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Wszelką korespondencję Wykonawcy mają obowiązek kierować na Zamawiającego wraz z dopiskiem: </w:t>
      </w:r>
      <w:r w:rsidRPr="009E3C84">
        <w:rPr>
          <w:rFonts w:ascii="Calibri" w:hAnsi="Calibri" w:cs="Calibri"/>
          <w:b/>
          <w:bCs/>
          <w:sz w:val="24"/>
          <w:szCs w:val="24"/>
        </w:rPr>
        <w:t>PP/</w:t>
      </w:r>
      <w:r w:rsidR="00D33671" w:rsidRPr="009E3C84">
        <w:rPr>
          <w:rFonts w:ascii="Calibri" w:hAnsi="Calibri" w:cs="Calibri"/>
          <w:b/>
          <w:bCs/>
          <w:sz w:val="24"/>
          <w:szCs w:val="24"/>
        </w:rPr>
        <w:t>7</w:t>
      </w:r>
      <w:r w:rsidRPr="009E3C84">
        <w:rPr>
          <w:rFonts w:ascii="Calibri" w:hAnsi="Calibri" w:cs="Calibri"/>
          <w:b/>
          <w:bCs/>
          <w:sz w:val="24"/>
          <w:szCs w:val="24"/>
        </w:rPr>
        <w:t xml:space="preserve">/2026 </w:t>
      </w:r>
      <w:r w:rsidR="00617218" w:rsidRPr="009E3C84">
        <w:rPr>
          <w:rFonts w:ascii="Calibri" w:hAnsi="Calibri" w:cs="Calibri"/>
          <w:b/>
          <w:sz w:val="24"/>
          <w:szCs w:val="24"/>
        </w:rPr>
        <w:t xml:space="preserve"> „Zdrowi Pracownicy Centrum Zdrowia w Mikołowie”</w:t>
      </w:r>
    </w:p>
    <w:p w14:paraId="78EB746F" w14:textId="5398540C" w:rsidR="00AF55D4" w:rsidRPr="009E3C84" w:rsidRDefault="00AF55D4" w:rsidP="006114BA">
      <w:pPr>
        <w:pStyle w:val="Tekstpodstawowy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Treść zapytań wraz z wyjaśnieniami, wszelkie modyfikacje treści </w:t>
      </w:r>
      <w:r w:rsidR="00D33671" w:rsidRPr="009E3C84">
        <w:rPr>
          <w:rFonts w:ascii="Calibri" w:hAnsi="Calibri" w:cs="Calibri"/>
          <w:sz w:val="24"/>
          <w:szCs w:val="24"/>
        </w:rPr>
        <w:t xml:space="preserve">warunków zamówienia </w:t>
      </w:r>
      <w:r w:rsidRPr="009E3C84">
        <w:rPr>
          <w:rFonts w:ascii="Calibri" w:hAnsi="Calibri" w:cs="Calibri"/>
          <w:sz w:val="24"/>
          <w:szCs w:val="24"/>
        </w:rPr>
        <w:t xml:space="preserve"> oraz inne informacje związane z niniejszym postępowaniem, Zamawiający będzie zamieszczał wyłącznie na stronie internetowej prowadzonego </w:t>
      </w:r>
      <w:r w:rsidR="00D33671" w:rsidRPr="009E3C84">
        <w:rPr>
          <w:rFonts w:ascii="Calibri" w:hAnsi="Calibri" w:cs="Calibri"/>
          <w:sz w:val="24"/>
          <w:szCs w:val="24"/>
        </w:rPr>
        <w:t>postępowaniu</w:t>
      </w:r>
    </w:p>
    <w:p w14:paraId="0B220C5D" w14:textId="1687DF4B" w:rsidR="0077628C" w:rsidRPr="009E3C84" w:rsidRDefault="002F42F4" w:rsidP="006114BA">
      <w:pPr>
        <w:pStyle w:val="Tekstpodstawowy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Osobą uprawnioną do kontaktowania się z Wykonawcami jest: </w:t>
      </w:r>
      <w:r w:rsidR="002D4236" w:rsidRPr="009E3C84">
        <w:rPr>
          <w:rFonts w:ascii="Calibri" w:hAnsi="Calibri" w:cs="Calibri"/>
          <w:sz w:val="24"/>
          <w:szCs w:val="24"/>
        </w:rPr>
        <w:t>Ireneusz Tokarz tel. 797-418-570</w:t>
      </w:r>
      <w:r w:rsidR="00D33671" w:rsidRPr="009E3C84">
        <w:rPr>
          <w:rFonts w:ascii="Calibri" w:hAnsi="Calibri" w:cs="Calibri"/>
          <w:sz w:val="24"/>
          <w:szCs w:val="24"/>
        </w:rPr>
        <w:t xml:space="preserve">, z zastrzeżeniem,  iż nie odpowiada na pytania </w:t>
      </w:r>
      <w:r w:rsidR="006523CC" w:rsidRPr="009E3C84">
        <w:rPr>
          <w:rFonts w:ascii="Calibri" w:hAnsi="Calibri" w:cs="Calibri"/>
          <w:sz w:val="24"/>
          <w:szCs w:val="24"/>
        </w:rPr>
        <w:t>dotyczące postępowania. Z wnioskiem o wyjaśnienie treści warunków zamówienia należy zwrócić się zgodnie z zapisami w pkt 1.</w:t>
      </w:r>
    </w:p>
    <w:p w14:paraId="34410149" w14:textId="4BBA4F2D" w:rsidR="0077628C" w:rsidRPr="009E3C84" w:rsidRDefault="00617218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VIII</w:t>
      </w:r>
      <w:r w:rsidRPr="009E3C84">
        <w:rPr>
          <w:rFonts w:ascii="Calibri" w:hAnsi="Calibri" w:cs="Calibri"/>
          <w:color w:val="auto"/>
          <w:sz w:val="24"/>
          <w:szCs w:val="24"/>
        </w:rPr>
        <w:tab/>
      </w:r>
      <w:r w:rsidR="002F42F4" w:rsidRPr="009E3C84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F3041E" w:rsidRPr="009E3C84">
        <w:rPr>
          <w:rFonts w:ascii="Calibri" w:hAnsi="Calibri" w:cs="Calibri"/>
          <w:color w:val="auto"/>
          <w:sz w:val="24"/>
          <w:szCs w:val="24"/>
        </w:rPr>
        <w:t>S</w:t>
      </w:r>
      <w:r w:rsidR="002F42F4" w:rsidRPr="009E3C84">
        <w:rPr>
          <w:rFonts w:ascii="Calibri" w:hAnsi="Calibri" w:cs="Calibri"/>
          <w:color w:val="auto"/>
          <w:sz w:val="24"/>
          <w:szCs w:val="24"/>
        </w:rPr>
        <w:t xml:space="preserve">posób </w:t>
      </w:r>
      <w:r w:rsidR="00F3041E" w:rsidRPr="009E3C84">
        <w:rPr>
          <w:rFonts w:ascii="Calibri" w:hAnsi="Calibri" w:cs="Calibri"/>
          <w:color w:val="auto"/>
          <w:sz w:val="24"/>
          <w:szCs w:val="24"/>
        </w:rPr>
        <w:t xml:space="preserve">przygotowania i </w:t>
      </w:r>
      <w:r w:rsidR="002F42F4" w:rsidRPr="009E3C84">
        <w:rPr>
          <w:rFonts w:ascii="Calibri" w:hAnsi="Calibri" w:cs="Calibri"/>
          <w:color w:val="auto"/>
          <w:sz w:val="24"/>
          <w:szCs w:val="24"/>
        </w:rPr>
        <w:t>składania ofert</w:t>
      </w:r>
    </w:p>
    <w:p w14:paraId="6EEFAEB2" w14:textId="3094D800" w:rsidR="002F241F" w:rsidRPr="009E3C84" w:rsidRDefault="002F241F" w:rsidP="006114BA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Ofertę należy sporządzić na Formularzu oferty – załącznik nr </w:t>
      </w:r>
      <w:r w:rsidR="00176A9C" w:rsidRPr="009E3C84">
        <w:rPr>
          <w:rFonts w:ascii="Calibri" w:hAnsi="Calibri" w:cs="Calibri"/>
          <w:sz w:val="24"/>
          <w:szCs w:val="24"/>
        </w:rPr>
        <w:t>2</w:t>
      </w:r>
      <w:r w:rsidRPr="009E3C84">
        <w:rPr>
          <w:rFonts w:ascii="Calibri" w:hAnsi="Calibri" w:cs="Calibri"/>
          <w:sz w:val="24"/>
          <w:szCs w:val="24"/>
        </w:rPr>
        <w:t xml:space="preserve"> do niniejszych warunków zamówienia (lub według takiego samego schematu). </w:t>
      </w:r>
    </w:p>
    <w:p w14:paraId="7C0DDAB3" w14:textId="77777777" w:rsidR="002F241F" w:rsidRPr="009E3C84" w:rsidRDefault="002F241F" w:rsidP="006114BA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Calibri" w:hAnsi="Calibri" w:cs="Calibri"/>
          <w:b/>
          <w:bCs/>
          <w:sz w:val="24"/>
          <w:szCs w:val="24"/>
        </w:rPr>
      </w:pPr>
      <w:r w:rsidRPr="009E3C84">
        <w:rPr>
          <w:rFonts w:ascii="Calibri" w:hAnsi="Calibri" w:cs="Calibri"/>
          <w:b/>
          <w:bCs/>
          <w:sz w:val="24"/>
          <w:szCs w:val="24"/>
        </w:rPr>
        <w:t>Ofertę należy złożyć pod rygorem nieważności w formie elektronicznej (w postaci elektronicznej opatrzonej kwalifikowanym podpisem elektronicznym) lub w postaci elektronicznej opatrzonej podpisem zaufanym lub podpisem osobistym</w:t>
      </w:r>
    </w:p>
    <w:p w14:paraId="3F79709C" w14:textId="77777777" w:rsidR="00C542BE" w:rsidRPr="009E3C84" w:rsidRDefault="00C542BE" w:rsidP="006114BA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9E3C84">
        <w:rPr>
          <w:rFonts w:ascii="Calibri" w:hAnsi="Calibri" w:cs="Calibri"/>
          <w:b/>
          <w:sz w:val="24"/>
          <w:szCs w:val="24"/>
        </w:rPr>
        <w:t>W przypadku gdy dokumenty  zostały wystawione w postaci papierowej, przekazuje się cyfrowe odwzorowanie tego dokumentu opatrzone kwalifikowanym podpisem elektronicznym, podpisem zaufanym lub podpisem osobistym, poświadczające zgodność cyfrowego odwzorowania z dokumentem w postaci papierowej przez Wykonawcę.</w:t>
      </w:r>
    </w:p>
    <w:p w14:paraId="12758991" w14:textId="77777777" w:rsidR="000D20D8" w:rsidRPr="009E3C84" w:rsidRDefault="000D20D8" w:rsidP="006114BA">
      <w:pPr>
        <w:pStyle w:val="Tekstpodstawowywcity31"/>
        <w:widowControl w:val="0"/>
        <w:numPr>
          <w:ilvl w:val="0"/>
          <w:numId w:val="16"/>
        </w:numPr>
        <w:tabs>
          <w:tab w:val="left" w:pos="709"/>
        </w:tabs>
        <w:spacing w:after="0" w:line="276" w:lineRule="auto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Dokumenty sporządzone w języku obcym są składane wraz z tłumaczeniem na język polski i poświadczone przez Wykonawcę</w:t>
      </w:r>
    </w:p>
    <w:p w14:paraId="422B42BD" w14:textId="77777777" w:rsidR="000D20D8" w:rsidRPr="009E3C84" w:rsidRDefault="000D20D8" w:rsidP="006114BA">
      <w:pPr>
        <w:pStyle w:val="Tekstpodstawowy"/>
        <w:numPr>
          <w:ilvl w:val="0"/>
          <w:numId w:val="16"/>
        </w:numPr>
        <w:suppressAutoHyphens/>
        <w:spacing w:after="0" w:line="276" w:lineRule="auto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Oferta, wszystkie załączniki i inne elementy muszą być podpisane wyłącznie przez osobę lub osoby upoważnione do reprezentowania Wykonawcy zgodnie z zasadami wskazanymi we właściwym rejestrze. Osoby uprawnione do reprezentowania Wykonawcy mogą powierzyć wykonanie tych czynności innej osobie na podstawie pełnomocnictwa/upoważnienia. Do oferty należy dołączyć pełnomocnictwo / upoważnienie, które w swej treści jednoznacznie wskazuje uprawnienie do podpisania oferty.</w:t>
      </w:r>
    </w:p>
    <w:p w14:paraId="3A8BF57F" w14:textId="77777777" w:rsidR="002F241F" w:rsidRPr="009E3C84" w:rsidRDefault="002F241F" w:rsidP="006114BA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Ofertę należy sporządzić w języku polskim</w:t>
      </w:r>
    </w:p>
    <w:p w14:paraId="2655D557" w14:textId="77777777" w:rsidR="002F241F" w:rsidRPr="009E3C84" w:rsidRDefault="002F241F" w:rsidP="006114BA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Wykonawca składa  w  postępowaniu  jedną ofertę w jednym egzemplarzu</w:t>
      </w:r>
    </w:p>
    <w:p w14:paraId="45E63A08" w14:textId="77777777" w:rsidR="002F241F" w:rsidRPr="009E3C84" w:rsidRDefault="002F241F" w:rsidP="006114BA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lastRenderedPageBreak/>
        <w:t>Treść oferty musi odpowiadać treści warunków zamówienia</w:t>
      </w:r>
    </w:p>
    <w:p w14:paraId="2C4D0D10" w14:textId="77777777" w:rsidR="002F241F" w:rsidRPr="009E3C84" w:rsidRDefault="002F241F" w:rsidP="006114BA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Wykonawcy ponoszą wszelkie koszty związane z przygotowaniem i złożeniem ofert</w:t>
      </w:r>
    </w:p>
    <w:p w14:paraId="1E508882" w14:textId="7C56121F" w:rsidR="0077628C" w:rsidRPr="009E3C84" w:rsidRDefault="002F42F4" w:rsidP="006114BA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Oferta musi obejmować cały przedmiot zamówienia. Zamawiający nie dopuszcza składania ofert częściowych.</w:t>
      </w:r>
    </w:p>
    <w:p w14:paraId="7D596953" w14:textId="190A132E" w:rsidR="00C542BE" w:rsidRPr="009E3C84" w:rsidRDefault="002F42F4" w:rsidP="006114BA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Oferta częściowa będzie podlegała odrzuceniu.</w:t>
      </w:r>
    </w:p>
    <w:p w14:paraId="7EC1D507" w14:textId="77777777" w:rsidR="00C542BE" w:rsidRPr="009E3C84" w:rsidRDefault="00C542BE" w:rsidP="006114BA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b/>
          <w:sz w:val="24"/>
          <w:szCs w:val="24"/>
          <w:u w:val="single"/>
        </w:rPr>
        <w:t>OFERTY ZŁOŻONE W INNY SPOSÓB NIŻ OPISANY POWYŻEJ PODLEGAJĄ ODRZUCENIU np. oferta sporządzona w postaci papierowej, podpisana własnoręcznym podpisem, następnie zeskanowana i przesłana Zamawiającemu – bez opatrzenia</w:t>
      </w:r>
      <w:r w:rsidRPr="009E3C84">
        <w:rPr>
          <w:rFonts w:ascii="Calibri" w:hAnsi="Calibri" w:cs="Calibri"/>
          <w:b/>
          <w:sz w:val="24"/>
          <w:szCs w:val="24"/>
        </w:rPr>
        <w:t xml:space="preserve"> </w:t>
      </w:r>
      <w:r w:rsidRPr="009E3C84">
        <w:rPr>
          <w:rFonts w:ascii="Calibri" w:hAnsi="Calibri" w:cs="Calibri"/>
          <w:b/>
          <w:sz w:val="24"/>
          <w:szCs w:val="24"/>
          <w:u w:val="single"/>
        </w:rPr>
        <w:t xml:space="preserve">kwalifikowanym podpisem elektronicznym, podpisem zaufanym lub podpisem osobistym, poświadczające zgodność cyfrowego odwzorowania z dokumentem w postaci papierowej przez Wykonawcę . </w:t>
      </w:r>
    </w:p>
    <w:p w14:paraId="648C7DF5" w14:textId="68C917C4" w:rsidR="00AF55D4" w:rsidRPr="009E3C84" w:rsidRDefault="00AF55D4" w:rsidP="006114BA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Zamawiający zaleca, aby oferta została utworzona w formacie .pdf oraz podpisana wewnętrznym kwalifikowanym podpisem elektronicznym. W przypadku zastosowania podpisu zewnętrznego należy pamiętać o obowiązku dołączenia do pliku stanowiącego ofertę także pliku podpisującego, który generuje się automatycznie podczas złożenia podpisu.</w:t>
      </w:r>
    </w:p>
    <w:p w14:paraId="7CC90C59" w14:textId="3AE87703" w:rsidR="00AF55D4" w:rsidRPr="009E3C84" w:rsidRDefault="00AF55D4" w:rsidP="006114BA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b/>
          <w:bCs/>
          <w:sz w:val="24"/>
          <w:szCs w:val="24"/>
        </w:rPr>
        <w:t xml:space="preserve">Wraz z ofertą </w:t>
      </w:r>
      <w:r w:rsidR="002F241F" w:rsidRPr="009E3C84">
        <w:rPr>
          <w:rFonts w:ascii="Calibri" w:hAnsi="Calibri" w:cs="Calibri"/>
          <w:b/>
          <w:bCs/>
          <w:sz w:val="24"/>
          <w:szCs w:val="24"/>
        </w:rPr>
        <w:t xml:space="preserve">(z formularzem ofertowym) </w:t>
      </w:r>
      <w:r w:rsidRPr="009E3C84">
        <w:rPr>
          <w:rFonts w:ascii="Calibri" w:hAnsi="Calibri" w:cs="Calibri"/>
          <w:b/>
          <w:bCs/>
          <w:sz w:val="24"/>
          <w:szCs w:val="24"/>
        </w:rPr>
        <w:t>należy złożyć:</w:t>
      </w:r>
    </w:p>
    <w:p w14:paraId="362D5A8A" w14:textId="63B1ED17" w:rsidR="00AF55D4" w:rsidRPr="009E3C84" w:rsidRDefault="00AF55D4" w:rsidP="006114BA">
      <w:pPr>
        <w:pStyle w:val="Akapitzlist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Pełnomocnictwo dla osoby ustanowionej do reprezentowania Wykonawcy ubiegającego się o udzielenie zamówienia, o ile upoważnienie do reprezentowania Wykonawcy nie wynika z dokumentów rejestrowych Wykonawcy.</w:t>
      </w:r>
    </w:p>
    <w:p w14:paraId="15D875AD" w14:textId="53088707" w:rsidR="00572AF7" w:rsidRPr="009E3C84" w:rsidRDefault="00AF55D4" w:rsidP="006114BA">
      <w:pPr>
        <w:spacing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Pełnomocnictwo przekazuje się w postaci elektronicznej i opatruje kwalifikowanym podpisem elektronicznym, podpisem zaufanym lub podpisem osobistym. W przypadku, gdy pełnomocnictwo zostało sporządzone jako dokument w postaci papierowej i opatrzonej własnoręcznym podpisem, przekazuje się cyfrowe odwzorowanie tego dokumentu, opatrzone kwalifikowanym podpisem elektronicznym, podpisem zaufanym lub podpisem osobistym, poświadczającym zgodność cyfrowego odwzorowania z dokumentem w postaci papierowej. Poświadczenia zgodności cyfrowego odwzorowania z pełnomocnictwem w postaci papierowej, może dokonać mocodawca (osoba/osoby wystawiające pełnomocnictwo) lub notariusz</w:t>
      </w:r>
    </w:p>
    <w:p w14:paraId="57622488" w14:textId="57BA0180" w:rsidR="00AF55D4" w:rsidRPr="009E3C84" w:rsidRDefault="00AF55D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IX</w:t>
      </w:r>
      <w:r w:rsidRPr="009E3C84">
        <w:rPr>
          <w:rFonts w:ascii="Calibri" w:hAnsi="Calibri" w:cs="Calibri"/>
          <w:color w:val="auto"/>
          <w:sz w:val="24"/>
          <w:szCs w:val="24"/>
        </w:rPr>
        <w:tab/>
        <w:t>Termin składania ofert i otwarcia ofert</w:t>
      </w:r>
    </w:p>
    <w:p w14:paraId="6B205DEE" w14:textId="579A7B1D" w:rsidR="00AF55D4" w:rsidRPr="009E3C84" w:rsidRDefault="00AF55D4" w:rsidP="006114BA">
      <w:pPr>
        <w:pStyle w:val="Zwykytekst"/>
        <w:numPr>
          <w:ilvl w:val="3"/>
          <w:numId w:val="17"/>
        </w:numPr>
        <w:tabs>
          <w:tab w:val="num" w:pos="709"/>
        </w:tabs>
        <w:spacing w:line="276" w:lineRule="auto"/>
        <w:ind w:left="357" w:hanging="357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bookmarkStart w:id="0" w:name="_Toc56878493"/>
      <w:bookmarkStart w:id="1" w:name="_Toc136762103"/>
      <w:r w:rsidRPr="009E3C84">
        <w:rPr>
          <w:rFonts w:ascii="Calibri" w:eastAsia="Calibri" w:hAnsi="Calibri" w:cs="Calibri"/>
          <w:sz w:val="24"/>
          <w:szCs w:val="24"/>
          <w:lang w:eastAsia="en-US"/>
        </w:rPr>
        <w:t xml:space="preserve">Ofertę należy złożyć na adres e-mail: </w:t>
      </w:r>
      <w:hyperlink r:id="rId11" w:history="1">
        <w:r w:rsidRPr="009E3C84">
          <w:rPr>
            <w:rStyle w:val="Hipercze"/>
            <w:rFonts w:ascii="Calibri" w:eastAsia="Calibri" w:hAnsi="Calibri" w:cs="Calibri"/>
            <w:b/>
            <w:bCs/>
            <w:color w:val="auto"/>
            <w:sz w:val="24"/>
            <w:szCs w:val="24"/>
            <w:lang w:eastAsia="en-US"/>
          </w:rPr>
          <w:t>zamowienia@szpital-mikolow.com.pl</w:t>
        </w:r>
      </w:hyperlink>
      <w:r w:rsidRPr="009E3C84">
        <w:rPr>
          <w:rFonts w:ascii="Calibri" w:eastAsia="Calibri" w:hAnsi="Calibri" w:cs="Calibri"/>
          <w:sz w:val="24"/>
          <w:szCs w:val="24"/>
          <w:lang w:eastAsia="en-US"/>
        </w:rPr>
        <w:t xml:space="preserve">  nie później niż do </w:t>
      </w:r>
      <w:r w:rsidRPr="005C06A6">
        <w:rPr>
          <w:rFonts w:ascii="Calibri" w:eastAsia="Calibri" w:hAnsi="Calibri" w:cs="Calibri"/>
          <w:sz w:val="24"/>
          <w:szCs w:val="24"/>
          <w:lang w:eastAsia="en-US"/>
        </w:rPr>
        <w:t xml:space="preserve">dnia </w:t>
      </w:r>
      <w:r w:rsidR="005818AF">
        <w:rPr>
          <w:rFonts w:ascii="Calibri" w:eastAsia="Calibri" w:hAnsi="Calibri" w:cs="Calibri"/>
          <w:b/>
          <w:bCs/>
          <w:sz w:val="24"/>
          <w:szCs w:val="24"/>
          <w:lang w:eastAsia="en-US"/>
        </w:rPr>
        <w:t>3</w:t>
      </w:r>
      <w:r w:rsidR="005C06A6" w:rsidRPr="005C06A6">
        <w:rPr>
          <w:rFonts w:ascii="Calibri" w:eastAsia="Calibri" w:hAnsi="Calibri" w:cs="Calibri"/>
          <w:b/>
          <w:bCs/>
          <w:sz w:val="24"/>
          <w:szCs w:val="24"/>
          <w:lang w:eastAsia="en-US"/>
        </w:rPr>
        <w:t>-09</w:t>
      </w:r>
      <w:r w:rsidRPr="005C06A6">
        <w:rPr>
          <w:rFonts w:ascii="Calibri" w:eastAsia="Calibri" w:hAnsi="Calibri" w:cs="Calibri"/>
          <w:b/>
          <w:bCs/>
          <w:sz w:val="24"/>
          <w:szCs w:val="24"/>
          <w:lang w:eastAsia="en-US"/>
        </w:rPr>
        <w:t>-2026r</w:t>
      </w:r>
      <w:r w:rsidRPr="005C06A6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do godz. </w:t>
      </w:r>
      <w:r w:rsidR="005818AF">
        <w:rPr>
          <w:rFonts w:ascii="Calibri" w:eastAsia="Calibri" w:hAnsi="Calibri" w:cs="Calibri"/>
          <w:b/>
          <w:sz w:val="24"/>
          <w:szCs w:val="24"/>
          <w:lang w:eastAsia="en-US"/>
        </w:rPr>
        <w:t>9</w:t>
      </w:r>
      <w:r w:rsidRPr="005C06A6">
        <w:rPr>
          <w:rFonts w:ascii="Calibri" w:eastAsia="Calibri" w:hAnsi="Calibri" w:cs="Calibri"/>
          <w:b/>
          <w:sz w:val="24"/>
          <w:szCs w:val="24"/>
          <w:lang w:eastAsia="en-US"/>
        </w:rPr>
        <w:t>:00</w:t>
      </w:r>
    </w:p>
    <w:bookmarkEnd w:id="0"/>
    <w:bookmarkEnd w:id="1"/>
    <w:p w14:paraId="53C05C36" w14:textId="77777777" w:rsidR="00AF55D4" w:rsidRPr="009E3C84" w:rsidRDefault="00AF55D4" w:rsidP="006114BA">
      <w:pPr>
        <w:pStyle w:val="Zwykytekst"/>
        <w:numPr>
          <w:ilvl w:val="3"/>
          <w:numId w:val="17"/>
        </w:numPr>
        <w:tabs>
          <w:tab w:val="num" w:pos="709"/>
        </w:tabs>
        <w:spacing w:line="276" w:lineRule="auto"/>
        <w:ind w:left="357" w:hanging="357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9E3C84">
        <w:rPr>
          <w:rFonts w:ascii="Calibri" w:hAnsi="Calibri" w:cs="Calibri"/>
          <w:bCs/>
          <w:sz w:val="24"/>
          <w:szCs w:val="24"/>
        </w:rPr>
        <w:t>Niezwłocznie po otwarciu ofert Zamawiający udostępni na stronie internetowej prowadzonego postępowania informacje o:</w:t>
      </w:r>
    </w:p>
    <w:p w14:paraId="159E5B10" w14:textId="26799DDE" w:rsidR="00AF55D4" w:rsidRPr="009E3C84" w:rsidRDefault="00AF55D4" w:rsidP="006114B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77182750" w14:textId="620E970E" w:rsidR="00AF55D4" w:rsidRPr="009E3C84" w:rsidRDefault="00AF55D4" w:rsidP="006114B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cenach zawartych w ofertach.</w:t>
      </w:r>
    </w:p>
    <w:p w14:paraId="18D25754" w14:textId="316DFD44" w:rsidR="00AF55D4" w:rsidRPr="009E3C84" w:rsidRDefault="002F241F" w:rsidP="006114BA">
      <w:pPr>
        <w:pStyle w:val="Akapitzlist"/>
        <w:numPr>
          <w:ilvl w:val="0"/>
          <w:numId w:val="26"/>
        </w:numPr>
        <w:spacing w:after="6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Wykonawca związany jest ofertą przez okres 30 dni. Bieg terminu związania ofertą rozpoczyna się wraz z upływem terminu składania ofert.</w:t>
      </w:r>
    </w:p>
    <w:p w14:paraId="00816146" w14:textId="012EDB46" w:rsidR="0077628C" w:rsidRPr="009E3C84" w:rsidRDefault="00617218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lastRenderedPageBreak/>
        <w:t>X</w:t>
      </w:r>
      <w:r w:rsidRPr="009E3C84">
        <w:rPr>
          <w:rFonts w:ascii="Calibri" w:hAnsi="Calibri" w:cs="Calibri"/>
          <w:color w:val="auto"/>
          <w:sz w:val="24"/>
          <w:szCs w:val="24"/>
        </w:rPr>
        <w:tab/>
      </w:r>
      <w:r w:rsidR="002F42F4" w:rsidRPr="009E3C84">
        <w:rPr>
          <w:rFonts w:ascii="Calibri" w:hAnsi="Calibri" w:cs="Calibri"/>
          <w:color w:val="auto"/>
          <w:sz w:val="24"/>
          <w:szCs w:val="24"/>
        </w:rPr>
        <w:t>Opis sposobu obliczania ceny</w:t>
      </w:r>
    </w:p>
    <w:p w14:paraId="4973EFBE" w14:textId="048957A1" w:rsidR="00AF55D4" w:rsidRPr="009E3C84" w:rsidRDefault="00AF55D4" w:rsidP="006114BA">
      <w:pPr>
        <w:pStyle w:val="Akapitzlist"/>
        <w:numPr>
          <w:ilvl w:val="0"/>
          <w:numId w:val="37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Wykonawca poda cenę ofertową w Formularzu oferty, zgodnie z załącznikiem nr </w:t>
      </w:r>
      <w:r w:rsidR="00176A9C" w:rsidRPr="009E3C84">
        <w:rPr>
          <w:rFonts w:ascii="Calibri" w:hAnsi="Calibri" w:cs="Calibri"/>
          <w:sz w:val="24"/>
          <w:szCs w:val="24"/>
        </w:rPr>
        <w:t>2</w:t>
      </w:r>
      <w:r w:rsidRPr="009E3C84">
        <w:rPr>
          <w:rFonts w:ascii="Calibri" w:hAnsi="Calibri" w:cs="Calibri"/>
          <w:sz w:val="24"/>
          <w:szCs w:val="24"/>
        </w:rPr>
        <w:t xml:space="preserve"> do warunków zamówienia</w:t>
      </w:r>
    </w:p>
    <w:p w14:paraId="7FC13299" w14:textId="77777777" w:rsidR="00AF55D4" w:rsidRPr="009E3C84" w:rsidRDefault="00AF55D4" w:rsidP="006114BA">
      <w:pPr>
        <w:pStyle w:val="Akapitzlist"/>
        <w:numPr>
          <w:ilvl w:val="0"/>
          <w:numId w:val="37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Cena ofertowa musi być podana w złotych polskich (PLN), cyfrowo (do drugiego miejsca po przecinku) oraz słownie</w:t>
      </w:r>
    </w:p>
    <w:p w14:paraId="31BF0AF9" w14:textId="77777777" w:rsidR="00AF55D4" w:rsidRPr="009E3C84" w:rsidRDefault="00AF55D4" w:rsidP="006114BA">
      <w:pPr>
        <w:pStyle w:val="Akapitzlist"/>
        <w:numPr>
          <w:ilvl w:val="0"/>
          <w:numId w:val="37"/>
        </w:numPr>
        <w:spacing w:after="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Jeżeli Wykonawca stosuje w swojej praktyce upusty cenowe, to proponując je Zamawiającemu w ofercie, musi uwzględnić je już w ostatecznej cenie oferty</w:t>
      </w:r>
    </w:p>
    <w:p w14:paraId="376C1E3E" w14:textId="77777777" w:rsidR="00572AF7" w:rsidRPr="009E3C84" w:rsidRDefault="00572AF7" w:rsidP="006114BA">
      <w:pPr>
        <w:pStyle w:val="Akapitzlist"/>
        <w:numPr>
          <w:ilvl w:val="0"/>
          <w:numId w:val="37"/>
        </w:numPr>
        <w:spacing w:after="60" w:line="276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Wykonawca zobowiązany jest wycenić usługę za cały okres jej świadczenia, ze wskazaniem ceny każdej grupy szkoleniowej/warsztatowej oraz łącznej ceny za wykonanie całego przedmiotu zamówienia.</w:t>
      </w:r>
    </w:p>
    <w:p w14:paraId="7C5BE362" w14:textId="2E6E5605" w:rsidR="00AF55D4" w:rsidRPr="009E3C84" w:rsidRDefault="00617218" w:rsidP="006114BA">
      <w:pPr>
        <w:pStyle w:val="Tekstpodstawowy"/>
        <w:numPr>
          <w:ilvl w:val="0"/>
          <w:numId w:val="37"/>
        </w:numPr>
        <w:spacing w:line="276" w:lineRule="auto"/>
        <w:ind w:left="357" w:hanging="357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W ofercie należy przedstawić cenę ofertową </w:t>
      </w:r>
      <w:r w:rsidR="005C06A6">
        <w:rPr>
          <w:rFonts w:ascii="Calibri" w:hAnsi="Calibri" w:cs="Calibri"/>
          <w:sz w:val="24"/>
          <w:szCs w:val="24"/>
        </w:rPr>
        <w:t xml:space="preserve">netto i </w:t>
      </w:r>
      <w:r w:rsidRPr="009E3C84">
        <w:rPr>
          <w:rFonts w:ascii="Calibri" w:hAnsi="Calibri" w:cs="Calibri"/>
          <w:sz w:val="24"/>
          <w:szCs w:val="24"/>
        </w:rPr>
        <w:t xml:space="preserve">brutto </w:t>
      </w:r>
      <w:r w:rsidR="005C06A6">
        <w:rPr>
          <w:rFonts w:ascii="Calibri" w:hAnsi="Calibri" w:cs="Calibri"/>
          <w:sz w:val="24"/>
          <w:szCs w:val="24"/>
        </w:rPr>
        <w:t xml:space="preserve">cyfrowo </w:t>
      </w:r>
      <w:r w:rsidRPr="009E3C84">
        <w:rPr>
          <w:rFonts w:ascii="Calibri" w:hAnsi="Calibri" w:cs="Calibri"/>
          <w:sz w:val="24"/>
          <w:szCs w:val="24"/>
        </w:rPr>
        <w:t xml:space="preserve">za wykonanie całego przedmiotu zamówienia </w:t>
      </w:r>
      <w:r w:rsidR="005C06A6">
        <w:rPr>
          <w:rFonts w:ascii="Calibri" w:hAnsi="Calibri" w:cs="Calibri"/>
          <w:sz w:val="24"/>
          <w:szCs w:val="24"/>
        </w:rPr>
        <w:t>i</w:t>
      </w:r>
      <w:r w:rsidRPr="009E3C84">
        <w:rPr>
          <w:rFonts w:ascii="Calibri" w:hAnsi="Calibri" w:cs="Calibri"/>
          <w:sz w:val="24"/>
          <w:szCs w:val="24"/>
        </w:rPr>
        <w:t xml:space="preserve"> </w:t>
      </w:r>
      <w:r w:rsidR="005C06A6">
        <w:rPr>
          <w:rFonts w:ascii="Calibri" w:hAnsi="Calibri" w:cs="Calibri"/>
          <w:sz w:val="24"/>
          <w:szCs w:val="24"/>
        </w:rPr>
        <w:t xml:space="preserve">wartości brutto słownie oraz </w:t>
      </w:r>
      <w:r w:rsidRPr="009E3C84">
        <w:rPr>
          <w:rFonts w:ascii="Calibri" w:hAnsi="Calibri" w:cs="Calibri"/>
          <w:sz w:val="24"/>
          <w:szCs w:val="24"/>
        </w:rPr>
        <w:t xml:space="preserve">ceny jednostkowe </w:t>
      </w:r>
      <w:r w:rsidR="005C06A6">
        <w:rPr>
          <w:rFonts w:ascii="Calibri" w:hAnsi="Calibri" w:cs="Calibri"/>
          <w:sz w:val="24"/>
          <w:szCs w:val="24"/>
        </w:rPr>
        <w:t>netto</w:t>
      </w:r>
      <w:r w:rsidRPr="009E3C84">
        <w:rPr>
          <w:rFonts w:ascii="Calibri" w:hAnsi="Calibri" w:cs="Calibri"/>
          <w:sz w:val="24"/>
          <w:szCs w:val="24"/>
        </w:rPr>
        <w:t xml:space="preserve"> za poszczególne grupy szkoleniowe/warsztatowe</w:t>
      </w:r>
    </w:p>
    <w:p w14:paraId="1DB38A07" w14:textId="4E87394C" w:rsidR="00617218" w:rsidRPr="009E3C84" w:rsidRDefault="00AF55D4" w:rsidP="006114BA">
      <w:pPr>
        <w:pStyle w:val="Tekstpodstawowy"/>
        <w:numPr>
          <w:ilvl w:val="0"/>
          <w:numId w:val="37"/>
        </w:numPr>
        <w:spacing w:line="276" w:lineRule="auto"/>
        <w:ind w:left="357" w:hanging="357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 xml:space="preserve">Podana cena ofertowa musi zawierać wszystkie koszty związane z realizacją zamówienia, wynikające z opisu przedmiotu zamówienia (załącznik nr </w:t>
      </w:r>
      <w:r w:rsidR="00176A9C" w:rsidRPr="009E3C84">
        <w:rPr>
          <w:rFonts w:ascii="Calibri" w:hAnsi="Calibri" w:cs="Calibri"/>
          <w:bCs/>
          <w:sz w:val="24"/>
          <w:szCs w:val="24"/>
        </w:rPr>
        <w:t>1</w:t>
      </w:r>
      <w:r w:rsidRPr="009E3C84">
        <w:rPr>
          <w:rFonts w:ascii="Calibri" w:hAnsi="Calibri" w:cs="Calibri"/>
          <w:bCs/>
          <w:sz w:val="24"/>
          <w:szCs w:val="24"/>
        </w:rPr>
        <w:t xml:space="preserve"> do warunków zamówienia)</w:t>
      </w:r>
      <w:r w:rsidR="00617218" w:rsidRPr="009E3C84">
        <w:rPr>
          <w:rFonts w:ascii="Calibri" w:hAnsi="Calibri" w:cs="Calibri"/>
          <w:bCs/>
          <w:sz w:val="24"/>
          <w:szCs w:val="24"/>
        </w:rPr>
        <w:t xml:space="preserve"> </w:t>
      </w:r>
      <w:r w:rsidR="00617218" w:rsidRPr="009E3C84">
        <w:rPr>
          <w:rFonts w:ascii="Calibri" w:hAnsi="Calibri" w:cs="Calibri"/>
          <w:sz w:val="24"/>
          <w:szCs w:val="24"/>
        </w:rPr>
        <w:t>w tym przygotowanie i przeprowadzenie zajęć, materiały edukacyjne w formie elektronicznej, dokumentację szkoleniową, wydanie zaświadczeń/certyfikatów oraz koszty dojazdu prowadzących.</w:t>
      </w:r>
    </w:p>
    <w:p w14:paraId="5E4CF586" w14:textId="5DA398AA" w:rsidR="00AF55D4" w:rsidRPr="009E3C84" w:rsidRDefault="00AF55D4" w:rsidP="006114BA">
      <w:pPr>
        <w:pStyle w:val="Tekstpodstawowy"/>
        <w:numPr>
          <w:ilvl w:val="0"/>
          <w:numId w:val="37"/>
        </w:numPr>
        <w:spacing w:line="276" w:lineRule="auto"/>
        <w:ind w:left="357" w:hanging="357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Rozliczenia między Zamawiającym a Wykonawcą będą prowadzone w złotych polskich.</w:t>
      </w:r>
    </w:p>
    <w:p w14:paraId="2E258C5E" w14:textId="0FA27A21" w:rsidR="0077628C" w:rsidRPr="009E3C84" w:rsidRDefault="00617218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XI</w:t>
      </w:r>
      <w:r w:rsidRPr="009E3C84">
        <w:rPr>
          <w:rFonts w:ascii="Calibri" w:hAnsi="Calibri" w:cs="Calibri"/>
          <w:color w:val="auto"/>
          <w:sz w:val="24"/>
          <w:szCs w:val="24"/>
        </w:rPr>
        <w:tab/>
      </w:r>
      <w:r w:rsidR="002F42F4" w:rsidRPr="009E3C84">
        <w:rPr>
          <w:rFonts w:ascii="Calibri" w:hAnsi="Calibri" w:cs="Calibri"/>
          <w:color w:val="auto"/>
          <w:sz w:val="24"/>
          <w:szCs w:val="24"/>
        </w:rPr>
        <w:t>Opis kryteriów wyboru oferty</w:t>
      </w:r>
    </w:p>
    <w:p w14:paraId="4E06F4D0" w14:textId="77777777" w:rsidR="00AF55D4" w:rsidRPr="009E3C84" w:rsidRDefault="00AF55D4" w:rsidP="006114BA">
      <w:pPr>
        <w:widowControl w:val="0"/>
        <w:autoSpaceDE w:val="0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Jako kryterium oceny  przyjmuje się kryterium najkorzystniejszej ceny </w:t>
      </w:r>
    </w:p>
    <w:p w14:paraId="7BEAC127" w14:textId="77777777" w:rsidR="00AF55D4" w:rsidRPr="009E3C84" w:rsidRDefault="00AF55D4" w:rsidP="006114BA">
      <w:pPr>
        <w:pStyle w:val="Tekstpodstawowy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b/>
          <w:bCs/>
          <w:sz w:val="24"/>
          <w:szCs w:val="24"/>
        </w:rPr>
        <w:t>cena</w:t>
      </w:r>
      <w:r w:rsidRPr="009E3C84">
        <w:rPr>
          <w:rFonts w:ascii="Calibri" w:hAnsi="Calibri" w:cs="Calibri"/>
          <w:b/>
          <w:bCs/>
          <w:sz w:val="24"/>
          <w:szCs w:val="24"/>
        </w:rPr>
        <w:tab/>
      </w:r>
      <w:r w:rsidRPr="009E3C84">
        <w:rPr>
          <w:rFonts w:ascii="Calibri" w:hAnsi="Calibri" w:cs="Calibri"/>
          <w:b/>
          <w:bCs/>
          <w:sz w:val="24"/>
          <w:szCs w:val="24"/>
        </w:rPr>
        <w:tab/>
      </w:r>
      <w:r w:rsidRPr="009E3C84">
        <w:rPr>
          <w:rFonts w:ascii="Calibri" w:hAnsi="Calibri" w:cs="Calibri"/>
          <w:b/>
          <w:bCs/>
          <w:sz w:val="24"/>
          <w:szCs w:val="24"/>
        </w:rPr>
        <w:tab/>
        <w:t>-  waga  kryterium  - 100%</w:t>
      </w:r>
      <w:r w:rsidRPr="009E3C84">
        <w:rPr>
          <w:rFonts w:ascii="Calibri" w:hAnsi="Calibri" w:cs="Calibri"/>
          <w:b/>
          <w:bCs/>
          <w:sz w:val="24"/>
          <w:szCs w:val="24"/>
        </w:rPr>
        <w:tab/>
      </w:r>
      <w:r w:rsidRPr="009E3C84">
        <w:rPr>
          <w:rFonts w:ascii="Calibri" w:hAnsi="Calibri" w:cs="Calibri"/>
          <w:b/>
          <w:bCs/>
          <w:sz w:val="24"/>
          <w:szCs w:val="24"/>
        </w:rPr>
        <w:tab/>
      </w:r>
    </w:p>
    <w:p w14:paraId="7800DD17" w14:textId="77777777" w:rsidR="00AF55D4" w:rsidRPr="009E3C84" w:rsidRDefault="00AF55D4" w:rsidP="006114BA">
      <w:pPr>
        <w:pStyle w:val="Tekstpodstawowy"/>
        <w:spacing w:line="276" w:lineRule="auto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Do oceny będzie brana pod uwagę wartość brutto czyli obejmująca podatek VAT.</w:t>
      </w:r>
    </w:p>
    <w:p w14:paraId="1F8232D6" w14:textId="77777777" w:rsidR="00AF55D4" w:rsidRPr="009E3C84" w:rsidRDefault="00AF55D4" w:rsidP="006114BA">
      <w:pPr>
        <w:pStyle w:val="Tekstpodstawowy"/>
        <w:spacing w:line="276" w:lineRule="auto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Zamawiający za najkorzystniejszą uzna ofertę, która nie podlega odrzuceniu oraz uzyska największą liczbę przyznanych punktów w ramach ustalonego kryterium.</w:t>
      </w:r>
    </w:p>
    <w:p w14:paraId="60E50685" w14:textId="77777777" w:rsidR="00AF55D4" w:rsidRPr="009E3C84" w:rsidRDefault="00AF55D4" w:rsidP="006114BA">
      <w:pPr>
        <w:pStyle w:val="Tekstpodstawowy"/>
        <w:spacing w:line="276" w:lineRule="auto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Uzyskana liczba punktów w ramach kryterium zaokrąglona będzie do drugiego miejsca po przecinku.</w:t>
      </w:r>
    </w:p>
    <w:p w14:paraId="5FD201B1" w14:textId="5FDC6777" w:rsidR="00071039" w:rsidRPr="009E3C84" w:rsidRDefault="00AF55D4" w:rsidP="006114BA">
      <w:pPr>
        <w:pStyle w:val="Tekstpodstawowy"/>
        <w:spacing w:line="276" w:lineRule="auto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Przyznawane ilości punktów poszczególnym ofertom odbywać się będzie wg następującej zasady:</w:t>
      </w:r>
    </w:p>
    <w:p w14:paraId="07D07395" w14:textId="7C1F822D" w:rsidR="00071039" w:rsidRPr="009E3C84" w:rsidRDefault="002F42F4" w:rsidP="006114BA">
      <w:pPr>
        <w:spacing w:line="276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Cena najniższa brutto spośród nieodrzuconych ofert</w:t>
      </w:r>
    </w:p>
    <w:p w14:paraId="278AEEE1" w14:textId="144DF412" w:rsidR="00071039" w:rsidRPr="009E3C84" w:rsidRDefault="002F42F4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C = ----------------------------------------------------------</w:t>
      </w:r>
      <w:r w:rsidR="00071039" w:rsidRPr="009E3C84">
        <w:rPr>
          <w:rFonts w:ascii="Calibri" w:hAnsi="Calibri" w:cs="Calibri"/>
          <w:sz w:val="24"/>
          <w:szCs w:val="24"/>
        </w:rPr>
        <w:t>--------------------</w:t>
      </w:r>
      <w:r w:rsidRPr="009E3C84">
        <w:rPr>
          <w:rFonts w:ascii="Calibri" w:hAnsi="Calibri" w:cs="Calibri"/>
          <w:sz w:val="24"/>
          <w:szCs w:val="24"/>
        </w:rPr>
        <w:t>- × 100 pkt</w:t>
      </w:r>
    </w:p>
    <w:p w14:paraId="439DAB9F" w14:textId="257A3AAA" w:rsidR="00AF55D4" w:rsidRPr="009E3C84" w:rsidRDefault="00071039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              </w:t>
      </w:r>
      <w:r w:rsidR="002F42F4" w:rsidRPr="009E3C84">
        <w:rPr>
          <w:rFonts w:ascii="Calibri" w:hAnsi="Calibri" w:cs="Calibri"/>
          <w:sz w:val="24"/>
          <w:szCs w:val="24"/>
        </w:rPr>
        <w:t>Cena brutto oferty ocenianej</w:t>
      </w:r>
    </w:p>
    <w:p w14:paraId="6DBBC6BC" w14:textId="77777777" w:rsidR="00AF55D4" w:rsidRPr="009E3C84" w:rsidRDefault="00AF55D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XII</w:t>
      </w:r>
      <w:r w:rsidRPr="009E3C84">
        <w:rPr>
          <w:rFonts w:ascii="Calibri" w:hAnsi="Calibri" w:cs="Calibri"/>
          <w:color w:val="auto"/>
          <w:sz w:val="24"/>
          <w:szCs w:val="24"/>
        </w:rPr>
        <w:tab/>
        <w:t>Informacje o formalnościach po wyborze oferty w celu zawarcia umowy w sprawie zamówienia publicznego</w:t>
      </w:r>
    </w:p>
    <w:p w14:paraId="57C3FB54" w14:textId="77777777" w:rsidR="00AF55D4" w:rsidRPr="009E3C84" w:rsidRDefault="00AF55D4" w:rsidP="006114BA">
      <w:pPr>
        <w:pStyle w:val="Tekstpodstawowy"/>
        <w:widowControl w:val="0"/>
        <w:numPr>
          <w:ilvl w:val="0"/>
          <w:numId w:val="19"/>
        </w:numPr>
        <w:spacing w:after="0" w:line="276" w:lineRule="auto"/>
        <w:ind w:left="357" w:hanging="357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 xml:space="preserve">Zamawiający udzieli zamówienia wykonawcy, którego oferta odpowiada wymaganiom </w:t>
      </w:r>
      <w:r w:rsidRPr="009E3C84">
        <w:rPr>
          <w:rFonts w:ascii="Calibri" w:hAnsi="Calibri" w:cs="Calibri"/>
          <w:bCs/>
          <w:sz w:val="24"/>
          <w:szCs w:val="24"/>
        </w:rPr>
        <w:lastRenderedPageBreak/>
        <w:t>określonym w niniejszych warunkach zamówienia i została oceniona jako najkorzystniejsza w oparciu o podane kryteria wyboru</w:t>
      </w:r>
    </w:p>
    <w:p w14:paraId="148DA80D" w14:textId="77777777" w:rsidR="00AF55D4" w:rsidRPr="009E3C84" w:rsidRDefault="00AF55D4" w:rsidP="006114BA">
      <w:pPr>
        <w:pStyle w:val="Tekstpodstawowy"/>
        <w:widowControl w:val="0"/>
        <w:numPr>
          <w:ilvl w:val="0"/>
          <w:numId w:val="19"/>
        </w:numPr>
        <w:spacing w:after="0" w:line="276" w:lineRule="auto"/>
        <w:ind w:left="357" w:hanging="357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O wyborze najkorzystniejszej oferty powiadomieni zostaną e-mailem wszyscy Wykonawcy. Jednocześnie wyniki zostaną zamieszczone na stronie internetowej.</w:t>
      </w:r>
    </w:p>
    <w:p w14:paraId="1974A8BB" w14:textId="77777777" w:rsidR="00AF55D4" w:rsidRPr="009E3C84" w:rsidRDefault="00AF55D4" w:rsidP="006114BA">
      <w:pPr>
        <w:pStyle w:val="Tekstpodstawowy"/>
        <w:widowControl w:val="0"/>
        <w:numPr>
          <w:ilvl w:val="0"/>
          <w:numId w:val="19"/>
        </w:numPr>
        <w:spacing w:after="0" w:line="276" w:lineRule="auto"/>
        <w:ind w:left="357" w:hanging="357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Niezwłocznie po przekazaniu zawiadomienia o wyborze oferty, Zamawiający z wybranym Wykonawcą uzgodni termin i miejsce podpisania umowy, zgodnej ze wzorem dołączonym do warunków zamówienia – załącznik nr 3.</w:t>
      </w:r>
    </w:p>
    <w:p w14:paraId="2B79D5A4" w14:textId="77777777" w:rsidR="00AF55D4" w:rsidRPr="009E3C84" w:rsidRDefault="00AF55D4" w:rsidP="006114BA">
      <w:pPr>
        <w:pStyle w:val="Tekstpodstawowy"/>
        <w:widowControl w:val="0"/>
        <w:numPr>
          <w:ilvl w:val="0"/>
          <w:numId w:val="19"/>
        </w:numPr>
        <w:spacing w:after="0" w:line="276" w:lineRule="auto"/>
        <w:ind w:left="357" w:hanging="357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Po wyborze najkorzystniejszej oferty, w celu zawarcia umowy w sprawie zamówienia publicznego, wykonawca zobowiązany jest do złożenia:</w:t>
      </w:r>
    </w:p>
    <w:p w14:paraId="257EC554" w14:textId="2568E222" w:rsidR="002F241F" w:rsidRPr="009E3C84" w:rsidRDefault="00AF55D4" w:rsidP="006114BA">
      <w:pPr>
        <w:pStyle w:val="Tekstpodstawowy"/>
        <w:spacing w:line="276" w:lineRule="auto"/>
        <w:ind w:left="357"/>
        <w:jc w:val="both"/>
        <w:rPr>
          <w:rFonts w:ascii="Calibri" w:hAnsi="Calibri" w:cs="Calibri"/>
          <w:bCs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dokumentu pełnomocnictwa dla osoby zawierającej umowę w imieniu Wykonawcy, o ile upoważnienie do reprezentowania Wykonawcy nie wynika z dokumentów rejestrowych Wykonawcy</w:t>
      </w:r>
    </w:p>
    <w:p w14:paraId="0AA5A0B0" w14:textId="3961EE6A" w:rsidR="00AF55D4" w:rsidRPr="009E3C84" w:rsidRDefault="00AF55D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XI</w:t>
      </w:r>
      <w:r w:rsidR="00617218" w:rsidRPr="009E3C84">
        <w:rPr>
          <w:rFonts w:ascii="Calibri" w:hAnsi="Calibri" w:cs="Calibri"/>
          <w:color w:val="auto"/>
          <w:sz w:val="24"/>
          <w:szCs w:val="24"/>
        </w:rPr>
        <w:t>II</w:t>
      </w:r>
      <w:r w:rsidRPr="009E3C84">
        <w:rPr>
          <w:rFonts w:ascii="Calibri" w:hAnsi="Calibri" w:cs="Calibri"/>
          <w:color w:val="auto"/>
          <w:sz w:val="24"/>
          <w:szCs w:val="24"/>
        </w:rPr>
        <w:tab/>
        <w:t>Klauzula informacyjna z art. 13 RODO</w:t>
      </w:r>
      <w:r w:rsidRPr="009E3C84">
        <w:rPr>
          <w:rFonts w:ascii="Calibri" w:hAnsi="Calibri" w:cs="Calibri"/>
          <w:color w:val="auto"/>
          <w:sz w:val="24"/>
          <w:szCs w:val="24"/>
        </w:rPr>
        <w:tab/>
      </w:r>
    </w:p>
    <w:p w14:paraId="0F123D62" w14:textId="77777777" w:rsidR="00AF55D4" w:rsidRPr="009E3C84" w:rsidRDefault="00AF55D4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Zgodnie z art. 13 ust. 1 i 2 rozporządzenia Parlamentu Europejskiego i Rady (UE) 2016/679 z dnia 27 kwietnia 2016r. w sprawie ochrony osób fizycznych w związku z przetwarzaniem danych osobowych i w sprawie swobodnego przepływu takich danych oraz uchylenia dyrektywy 95/46/WE (ogólne rozporządzenie o ochronie danych) (Dz. Urz. UE L 119 z 04.05.2016, str. 1), dalej „RODO”, informuję, że:</w:t>
      </w:r>
    </w:p>
    <w:p w14:paraId="49C989FB" w14:textId="2377043E" w:rsidR="00AF55D4" w:rsidRPr="009E3C84" w:rsidRDefault="00AF55D4" w:rsidP="006114BA">
      <w:pPr>
        <w:numPr>
          <w:ilvl w:val="0"/>
          <w:numId w:val="20"/>
        </w:numPr>
        <w:spacing w:after="0" w:line="276" w:lineRule="auto"/>
        <w:ind w:left="567" w:hanging="425"/>
        <w:contextualSpacing/>
        <w:jc w:val="both"/>
        <w:rPr>
          <w:rFonts w:ascii="Calibri" w:hAnsi="Calibri" w:cs="Calibri"/>
          <w:b/>
          <w:i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administratorem Pani/Pana danych osobowych jest: Akademickie Centrum Zdrowia w Mikołowie Sp. z o.o. z siedzibą w Mikołowie (43-190) przy ul. Waryńskiego 2, reprezentowana przez Prezesa Spółki Katarzynę </w:t>
      </w:r>
      <w:proofErr w:type="spellStart"/>
      <w:r w:rsidRPr="009E3C84">
        <w:rPr>
          <w:rFonts w:ascii="Calibri" w:hAnsi="Calibri" w:cs="Calibri"/>
          <w:sz w:val="24"/>
          <w:szCs w:val="24"/>
        </w:rPr>
        <w:t>Muszak</w:t>
      </w:r>
      <w:proofErr w:type="spellEnd"/>
      <w:r w:rsidRPr="009E3C84">
        <w:rPr>
          <w:rFonts w:ascii="Calibri" w:hAnsi="Calibri" w:cs="Calibri"/>
          <w:i/>
          <w:sz w:val="24"/>
          <w:szCs w:val="24"/>
        </w:rPr>
        <w:t>;</w:t>
      </w:r>
    </w:p>
    <w:p w14:paraId="53BF308F" w14:textId="77777777" w:rsidR="00AF55D4" w:rsidRPr="009E3C84" w:rsidRDefault="00AF55D4" w:rsidP="006114BA">
      <w:pPr>
        <w:numPr>
          <w:ilvl w:val="0"/>
          <w:numId w:val="21"/>
        </w:numPr>
        <w:spacing w:after="0" w:line="276" w:lineRule="auto"/>
        <w:ind w:left="644" w:hanging="426"/>
        <w:contextualSpacing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Administrator wyznaczył Inspektora Ochrony Danych, z którym może się Pani/Pan skontaktować w sprawach związanych z ochroną danych osobowych w następujący sposób:</w:t>
      </w:r>
    </w:p>
    <w:p w14:paraId="68B6B7A3" w14:textId="77777777" w:rsidR="00AF55D4" w:rsidRPr="009E3C84" w:rsidRDefault="00AF55D4" w:rsidP="006114BA">
      <w:pPr>
        <w:numPr>
          <w:ilvl w:val="1"/>
          <w:numId w:val="21"/>
        </w:numPr>
        <w:spacing w:after="0" w:line="276" w:lineRule="auto"/>
        <w:ind w:left="1134" w:hanging="567"/>
        <w:contextualSpacing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pod adresem poczty elektronicznej: </w:t>
      </w:r>
      <w:hyperlink r:id="rId12" w:history="1">
        <w:r w:rsidRPr="009E3C84">
          <w:rPr>
            <w:rStyle w:val="Hipercze"/>
            <w:rFonts w:ascii="Calibri" w:hAnsi="Calibri" w:cs="Calibri"/>
            <w:color w:val="auto"/>
            <w:sz w:val="24"/>
            <w:szCs w:val="24"/>
          </w:rPr>
          <w:t>iod@szpital-mikolow.com.pl</w:t>
        </w:r>
      </w:hyperlink>
      <w:r w:rsidRPr="009E3C84">
        <w:rPr>
          <w:rFonts w:ascii="Calibri" w:hAnsi="Calibri" w:cs="Calibri"/>
          <w:sz w:val="24"/>
          <w:szCs w:val="24"/>
        </w:rPr>
        <w:t xml:space="preserve"> ;</w:t>
      </w:r>
    </w:p>
    <w:p w14:paraId="44AFD250" w14:textId="77777777" w:rsidR="00AF55D4" w:rsidRPr="009E3C84" w:rsidRDefault="00AF55D4" w:rsidP="006114BA">
      <w:pPr>
        <w:numPr>
          <w:ilvl w:val="1"/>
          <w:numId w:val="21"/>
        </w:numPr>
        <w:spacing w:after="0" w:line="276" w:lineRule="auto"/>
        <w:ind w:left="1134" w:hanging="567"/>
        <w:contextualSpacing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pisemnie na adres siedziby Administratora;</w:t>
      </w:r>
    </w:p>
    <w:p w14:paraId="282428B2" w14:textId="4C9188D7" w:rsidR="00AF55D4" w:rsidRPr="009E3C84" w:rsidRDefault="00AF55D4" w:rsidP="006114BA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Pani/Pana dane osobowe przetwarzane będą na podstawie art. 6 ust. 1 lit. c</w:t>
      </w:r>
      <w:r w:rsidRPr="009E3C84">
        <w:rPr>
          <w:rFonts w:ascii="Calibri" w:hAnsi="Calibri" w:cs="Calibri"/>
          <w:i/>
          <w:sz w:val="24"/>
          <w:szCs w:val="24"/>
        </w:rPr>
        <w:t xml:space="preserve"> </w:t>
      </w:r>
      <w:r w:rsidRPr="009E3C84">
        <w:rPr>
          <w:rFonts w:ascii="Calibri" w:hAnsi="Calibri" w:cs="Calibri"/>
          <w:sz w:val="24"/>
          <w:szCs w:val="24"/>
        </w:rPr>
        <w:t xml:space="preserve">RODO w celu związanym z postępowaniem o udzielenie zamówienia publicznego: </w:t>
      </w:r>
      <w:r w:rsidRPr="009E3C84">
        <w:rPr>
          <w:rFonts w:ascii="Calibri" w:hAnsi="Calibri" w:cs="Calibri"/>
          <w:bCs/>
          <w:sz w:val="24"/>
          <w:szCs w:val="24"/>
        </w:rPr>
        <w:t>„</w:t>
      </w:r>
      <w:r w:rsidR="00617218" w:rsidRPr="009E3C84">
        <w:rPr>
          <w:rFonts w:ascii="Calibri" w:hAnsi="Calibri" w:cs="Calibri"/>
          <w:b/>
          <w:sz w:val="24"/>
          <w:szCs w:val="24"/>
        </w:rPr>
        <w:t>Zdrowi Pracownicy Centrum Zdrowia w Mikołowie”</w:t>
      </w:r>
    </w:p>
    <w:p w14:paraId="0E3A0225" w14:textId="242E6DC5" w:rsidR="00AF55D4" w:rsidRPr="009E3C84" w:rsidRDefault="00AF55D4" w:rsidP="006114BA">
      <w:pPr>
        <w:numPr>
          <w:ilvl w:val="0"/>
          <w:numId w:val="21"/>
        </w:numPr>
        <w:spacing w:after="0" w:line="276" w:lineRule="auto"/>
        <w:ind w:left="644" w:hanging="426"/>
        <w:contextualSpacing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odbiorcami Pani/Pana danych osobowych będą osoby lub podmioty, którym udostępniona zostanie dokumentacja </w:t>
      </w:r>
      <w:r w:rsidR="00617218" w:rsidRPr="009E3C84">
        <w:rPr>
          <w:rFonts w:ascii="Calibri" w:hAnsi="Calibri" w:cs="Calibri"/>
          <w:sz w:val="24"/>
          <w:szCs w:val="24"/>
        </w:rPr>
        <w:t xml:space="preserve">z </w:t>
      </w:r>
      <w:r w:rsidRPr="009E3C84">
        <w:rPr>
          <w:rFonts w:ascii="Calibri" w:hAnsi="Calibri" w:cs="Calibri"/>
          <w:sz w:val="24"/>
          <w:szCs w:val="24"/>
        </w:rPr>
        <w:t>postępowania;</w:t>
      </w:r>
    </w:p>
    <w:p w14:paraId="6270F1DF" w14:textId="77777777" w:rsidR="00AF55D4" w:rsidRPr="009E3C84" w:rsidRDefault="00AF55D4" w:rsidP="006114BA">
      <w:pPr>
        <w:pStyle w:val="Akapitzlist"/>
        <w:numPr>
          <w:ilvl w:val="0"/>
          <w:numId w:val="21"/>
        </w:numPr>
        <w:spacing w:after="0" w:line="276" w:lineRule="auto"/>
        <w:ind w:left="567" w:hanging="426"/>
        <w:jc w:val="both"/>
        <w:rPr>
          <w:rFonts w:ascii="Calibri" w:hAnsi="Calibri" w:cs="Calibri"/>
          <w:b/>
          <w:i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Pani/Pana dane osobowe będą przechowywane zgodnie z art. 97 ust. 1 ustawy </w:t>
      </w:r>
      <w:proofErr w:type="spellStart"/>
      <w:r w:rsidRPr="009E3C84">
        <w:rPr>
          <w:rFonts w:ascii="Calibri" w:hAnsi="Calibri" w:cs="Calibri"/>
          <w:sz w:val="24"/>
          <w:szCs w:val="24"/>
        </w:rPr>
        <w:t>Pzp</w:t>
      </w:r>
      <w:proofErr w:type="spellEnd"/>
      <w:r w:rsidRPr="009E3C84">
        <w:rPr>
          <w:rFonts w:ascii="Calibri" w:hAnsi="Calibri" w:cs="Calibri"/>
          <w:sz w:val="24"/>
          <w:szCs w:val="24"/>
        </w:rPr>
        <w:t xml:space="preserve"> przez okres 4 lat od zakończenia postępowania o udzielenie zamówienia publicznego, a jeżeli czas trwania umowy przekracza 4 lata, okres przechowywania obejmuje cały czas trwania umowy;  </w:t>
      </w:r>
    </w:p>
    <w:p w14:paraId="21FBED34" w14:textId="77777777" w:rsidR="00AF55D4" w:rsidRPr="009E3C84" w:rsidRDefault="00AF55D4" w:rsidP="006114BA">
      <w:pPr>
        <w:numPr>
          <w:ilvl w:val="0"/>
          <w:numId w:val="21"/>
        </w:numPr>
        <w:spacing w:after="0" w:line="276" w:lineRule="auto"/>
        <w:ind w:left="644" w:hanging="426"/>
        <w:contextualSpacing/>
        <w:jc w:val="both"/>
        <w:rPr>
          <w:rFonts w:ascii="Calibri" w:hAnsi="Calibri" w:cs="Calibri"/>
          <w:b/>
          <w:i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E3C84">
        <w:rPr>
          <w:rFonts w:ascii="Calibri" w:hAnsi="Calibri" w:cs="Calibri"/>
          <w:sz w:val="24"/>
          <w:szCs w:val="24"/>
        </w:rPr>
        <w:t>Pzp</w:t>
      </w:r>
      <w:proofErr w:type="spellEnd"/>
      <w:r w:rsidRPr="009E3C84">
        <w:rPr>
          <w:rFonts w:ascii="Calibri" w:hAnsi="Calibri" w:cs="Calibri"/>
          <w:sz w:val="24"/>
          <w:szCs w:val="24"/>
        </w:rPr>
        <w:t xml:space="preserve">, związanym </w:t>
      </w:r>
      <w:r w:rsidRPr="009E3C84">
        <w:rPr>
          <w:rFonts w:ascii="Calibri" w:hAnsi="Calibri" w:cs="Calibri"/>
          <w:sz w:val="24"/>
          <w:szCs w:val="24"/>
        </w:rPr>
        <w:lastRenderedPageBreak/>
        <w:t xml:space="preserve">z udziałem w postępowaniu o udzielenie zamówienia publicznego; konsekwencje niepodania określonych danych wynikają z ustawy </w:t>
      </w:r>
      <w:proofErr w:type="spellStart"/>
      <w:r w:rsidRPr="009E3C84">
        <w:rPr>
          <w:rFonts w:ascii="Calibri" w:hAnsi="Calibri" w:cs="Calibri"/>
          <w:sz w:val="24"/>
          <w:szCs w:val="24"/>
        </w:rPr>
        <w:t>Pzp</w:t>
      </w:r>
      <w:proofErr w:type="spellEnd"/>
      <w:r w:rsidRPr="009E3C84">
        <w:rPr>
          <w:rFonts w:ascii="Calibri" w:hAnsi="Calibri" w:cs="Calibri"/>
          <w:sz w:val="24"/>
          <w:szCs w:val="24"/>
        </w:rPr>
        <w:t>;</w:t>
      </w:r>
    </w:p>
    <w:p w14:paraId="58C79AA9" w14:textId="77777777" w:rsidR="00AF55D4" w:rsidRPr="009E3C84" w:rsidRDefault="00AF55D4" w:rsidP="006114BA">
      <w:pPr>
        <w:numPr>
          <w:ilvl w:val="0"/>
          <w:numId w:val="21"/>
        </w:numPr>
        <w:spacing w:after="0" w:line="276" w:lineRule="auto"/>
        <w:ind w:left="644" w:hanging="426"/>
        <w:contextualSpacing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 odniesieniu do Pani/Pana danych osobowych decyzje nie będą podejmowane w sposób zautomatyzowany, stosowanie do art. 22 RODO;</w:t>
      </w:r>
    </w:p>
    <w:p w14:paraId="7C853D20" w14:textId="77777777" w:rsidR="00AF55D4" w:rsidRPr="009E3C84" w:rsidRDefault="00AF55D4" w:rsidP="006114BA">
      <w:pPr>
        <w:numPr>
          <w:ilvl w:val="0"/>
          <w:numId w:val="21"/>
        </w:numPr>
        <w:spacing w:after="0" w:line="276" w:lineRule="auto"/>
        <w:ind w:left="644" w:hanging="426"/>
        <w:contextualSpacing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posiada Pani/Pan:</w:t>
      </w:r>
    </w:p>
    <w:p w14:paraId="1E86FEDF" w14:textId="77777777" w:rsidR="00AF55D4" w:rsidRPr="009E3C84" w:rsidRDefault="00AF55D4" w:rsidP="006114BA">
      <w:pPr>
        <w:numPr>
          <w:ilvl w:val="0"/>
          <w:numId w:val="22"/>
        </w:numPr>
        <w:spacing w:after="0" w:line="276" w:lineRule="auto"/>
        <w:ind w:left="709" w:hanging="142"/>
        <w:contextualSpacing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na podstawie art. 15 RODO prawo dostępu do danych osobowych Pani/Pana dotyczących;</w:t>
      </w:r>
    </w:p>
    <w:p w14:paraId="3BEC696F" w14:textId="77777777" w:rsidR="00AF55D4" w:rsidRPr="009E3C84" w:rsidRDefault="00AF55D4" w:rsidP="006114BA">
      <w:pPr>
        <w:numPr>
          <w:ilvl w:val="0"/>
          <w:numId w:val="22"/>
        </w:numPr>
        <w:spacing w:after="0" w:line="276" w:lineRule="auto"/>
        <w:ind w:left="709" w:hanging="142"/>
        <w:contextualSpacing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na podstawie art. 16 RODO prawo do sprostowania Pani/Pana danych osobowych</w:t>
      </w:r>
      <w:r w:rsidRPr="009E3C84">
        <w:rPr>
          <w:rFonts w:ascii="Calibri" w:hAnsi="Calibri" w:cs="Calibri"/>
          <w:sz w:val="24"/>
          <w:szCs w:val="24"/>
          <w:vertAlign w:val="superscript"/>
        </w:rPr>
        <w:t>(1)</w:t>
      </w:r>
      <w:r w:rsidRPr="009E3C84">
        <w:rPr>
          <w:rFonts w:ascii="Calibri" w:hAnsi="Calibri" w:cs="Calibri"/>
          <w:sz w:val="24"/>
          <w:szCs w:val="24"/>
        </w:rPr>
        <w:t>;</w:t>
      </w:r>
    </w:p>
    <w:p w14:paraId="7795988B" w14:textId="77777777" w:rsidR="00AF55D4" w:rsidRPr="009E3C84" w:rsidRDefault="00AF55D4" w:rsidP="006114BA">
      <w:pPr>
        <w:numPr>
          <w:ilvl w:val="0"/>
          <w:numId w:val="22"/>
        </w:numPr>
        <w:spacing w:after="0" w:line="276" w:lineRule="auto"/>
        <w:ind w:left="680" w:hanging="113"/>
        <w:contextualSpacing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na podstawie art. 18 RODO prawo żądania od administratora ograniczenia przetwarzania danych osobowych </w:t>
      </w:r>
      <w:r w:rsidRPr="009E3C84">
        <w:rPr>
          <w:rFonts w:ascii="Calibri" w:hAnsi="Calibri" w:cs="Calibri"/>
          <w:sz w:val="24"/>
          <w:szCs w:val="24"/>
          <w:vertAlign w:val="superscript"/>
        </w:rPr>
        <w:t>(2)</w:t>
      </w:r>
      <w:r w:rsidRPr="009E3C84">
        <w:rPr>
          <w:rFonts w:ascii="Calibri" w:hAnsi="Calibri" w:cs="Calibri"/>
          <w:sz w:val="24"/>
          <w:szCs w:val="24"/>
        </w:rPr>
        <w:t>;</w:t>
      </w:r>
    </w:p>
    <w:p w14:paraId="410A08CD" w14:textId="77777777" w:rsidR="00AF55D4" w:rsidRPr="009E3C84" w:rsidRDefault="00AF55D4" w:rsidP="006114BA">
      <w:pPr>
        <w:numPr>
          <w:ilvl w:val="0"/>
          <w:numId w:val="22"/>
        </w:numPr>
        <w:spacing w:after="0" w:line="276" w:lineRule="auto"/>
        <w:ind w:left="680" w:hanging="113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39008780" w14:textId="77777777" w:rsidR="00AF55D4" w:rsidRPr="009E3C84" w:rsidRDefault="00AF55D4" w:rsidP="006114BA">
      <w:pPr>
        <w:numPr>
          <w:ilvl w:val="0"/>
          <w:numId w:val="21"/>
        </w:numPr>
        <w:spacing w:after="0" w:line="276" w:lineRule="auto"/>
        <w:ind w:left="644" w:hanging="426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nie przysługuje Pani/Panu:</w:t>
      </w:r>
    </w:p>
    <w:p w14:paraId="645B09F9" w14:textId="77777777" w:rsidR="00AF55D4" w:rsidRPr="009E3C84" w:rsidRDefault="00AF55D4" w:rsidP="006114BA">
      <w:pPr>
        <w:numPr>
          <w:ilvl w:val="0"/>
          <w:numId w:val="23"/>
        </w:numPr>
        <w:spacing w:after="0" w:line="276" w:lineRule="auto"/>
        <w:ind w:left="709" w:hanging="142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 związku z art. 17 ust. 3 lit. b, d lub e RODO prawo do usunięcia danych osobowych;</w:t>
      </w:r>
    </w:p>
    <w:p w14:paraId="139A7272" w14:textId="77777777" w:rsidR="00AF55D4" w:rsidRPr="009E3C84" w:rsidRDefault="00AF55D4" w:rsidP="006114BA">
      <w:pPr>
        <w:numPr>
          <w:ilvl w:val="0"/>
          <w:numId w:val="23"/>
        </w:numPr>
        <w:spacing w:after="0" w:line="276" w:lineRule="auto"/>
        <w:ind w:left="709" w:hanging="142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prawo do przenoszenia danych osobowych, o którym mowa w art. 20 RODO;</w:t>
      </w:r>
    </w:p>
    <w:p w14:paraId="272542DA" w14:textId="77777777" w:rsidR="00AF55D4" w:rsidRPr="009E3C84" w:rsidRDefault="00AF55D4" w:rsidP="006114BA">
      <w:pPr>
        <w:numPr>
          <w:ilvl w:val="0"/>
          <w:numId w:val="23"/>
        </w:numPr>
        <w:spacing w:after="0" w:line="276" w:lineRule="auto"/>
        <w:ind w:left="680" w:hanging="113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na podstawie art. 21 RODO prawo sprzeciwu, wobec przetwarzania danych osobowych, gdyż podstawą prawną przetwarzania Pani/Pana danych osobowych jest art. 6 ust. 1 lit. c RODO.</w:t>
      </w:r>
    </w:p>
    <w:p w14:paraId="5B826AF4" w14:textId="77777777" w:rsidR="00AF55D4" w:rsidRPr="009E3C84" w:rsidRDefault="00AF55D4" w:rsidP="006114BA">
      <w:pPr>
        <w:numPr>
          <w:ilvl w:val="0"/>
          <w:numId w:val="23"/>
        </w:numPr>
        <w:tabs>
          <w:tab w:val="left" w:pos="426"/>
        </w:tabs>
        <w:suppressAutoHyphens/>
        <w:spacing w:after="0" w:line="276" w:lineRule="auto"/>
        <w:jc w:val="both"/>
        <w:rPr>
          <w:rFonts w:ascii="Calibri" w:hAnsi="Calibri" w:cs="Calibri"/>
          <w:iCs/>
          <w:sz w:val="24"/>
          <w:szCs w:val="24"/>
        </w:rPr>
      </w:pPr>
      <w:r w:rsidRPr="009E3C84">
        <w:rPr>
          <w:rFonts w:ascii="Calibri" w:hAnsi="Calibri" w:cs="Calibri"/>
          <w:iCs/>
          <w:sz w:val="24"/>
          <w:szCs w:val="24"/>
          <w:vertAlign w:val="superscript"/>
        </w:rPr>
        <w:t xml:space="preserve">(1) </w:t>
      </w:r>
      <w:r w:rsidRPr="009E3C84">
        <w:rPr>
          <w:rFonts w:ascii="Calibri" w:hAnsi="Calibri" w:cs="Calibri"/>
          <w:iCs/>
          <w:sz w:val="24"/>
          <w:szCs w:val="24"/>
        </w:rPr>
        <w:t>wyjaśnienie: skorzystanie z prawa do sprostowania lub uzupełnienia nie może skutkować zmianą wyniku postępowania o udzielenie zamówienia publicznego ani zmianą postanowień umowy w sprawie zamówienia publicznego w zakresie niezgodnym z ustawą.</w:t>
      </w:r>
    </w:p>
    <w:p w14:paraId="0A14153F" w14:textId="38226A96" w:rsidR="00AF55D4" w:rsidRPr="009E3C84" w:rsidRDefault="00AF55D4" w:rsidP="006114BA">
      <w:pPr>
        <w:numPr>
          <w:ilvl w:val="0"/>
          <w:numId w:val="23"/>
        </w:numPr>
        <w:suppressAutoHyphens/>
        <w:spacing w:after="0" w:line="276" w:lineRule="auto"/>
        <w:jc w:val="both"/>
        <w:rPr>
          <w:rFonts w:ascii="Calibri" w:hAnsi="Calibri" w:cs="Calibri"/>
          <w:iCs/>
          <w:sz w:val="24"/>
          <w:szCs w:val="24"/>
        </w:rPr>
      </w:pPr>
      <w:r w:rsidRPr="009E3C84">
        <w:rPr>
          <w:rFonts w:ascii="Calibri" w:hAnsi="Calibri" w:cs="Calibri"/>
          <w:iCs/>
          <w:sz w:val="24"/>
          <w:szCs w:val="24"/>
          <w:vertAlign w:val="superscript"/>
        </w:rPr>
        <w:t xml:space="preserve">(2) </w:t>
      </w:r>
      <w:r w:rsidRPr="009E3C84">
        <w:rPr>
          <w:rFonts w:ascii="Calibri" w:hAnsi="Calibri" w:cs="Calibri"/>
          <w:iCs/>
          <w:sz w:val="24"/>
          <w:szCs w:val="24"/>
        </w:rPr>
        <w:t xml:space="preserve">wyjaśnienie: zgodnie z art. 19 ust. 3 ustawy </w:t>
      </w:r>
      <w:proofErr w:type="spellStart"/>
      <w:r w:rsidRPr="009E3C84">
        <w:rPr>
          <w:rFonts w:ascii="Calibri" w:hAnsi="Calibri" w:cs="Calibri"/>
          <w:iCs/>
          <w:sz w:val="24"/>
          <w:szCs w:val="24"/>
        </w:rPr>
        <w:t>Pzp</w:t>
      </w:r>
      <w:proofErr w:type="spellEnd"/>
      <w:r w:rsidRPr="009E3C84">
        <w:rPr>
          <w:rFonts w:ascii="Calibri" w:hAnsi="Calibri" w:cs="Calibri"/>
          <w:iCs/>
          <w:sz w:val="24"/>
          <w:szCs w:val="24"/>
        </w:rPr>
        <w:t xml:space="preserve"> wystąpienie z zadaniem o którym mowa w art. 18 ust.1 rozporządzenia 2016/679, nie ogranicza przetwarzania danych osobowych do czasu zakończenia postepowania o udzielenie zamówienia publicznego.</w:t>
      </w:r>
    </w:p>
    <w:p w14:paraId="3F7FC86F" w14:textId="77777777" w:rsidR="00AF55D4" w:rsidRPr="009E3C84" w:rsidRDefault="00AF55D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XVI Postanowienia końcowe</w:t>
      </w:r>
    </w:p>
    <w:p w14:paraId="24392D28" w14:textId="77777777" w:rsidR="00AF55D4" w:rsidRPr="009E3C84" w:rsidRDefault="00AF55D4" w:rsidP="006114BA">
      <w:pPr>
        <w:pStyle w:val="Tekstpodstawowy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 sprawach nie uregulowanych w niniejszych warunkach zamówienia mają zastosowanie przepisy Kodeksu Cywilnego</w:t>
      </w:r>
    </w:p>
    <w:p w14:paraId="66D243CB" w14:textId="05A1A834" w:rsidR="006C6F9F" w:rsidRPr="009E3C84" w:rsidRDefault="00AF55D4" w:rsidP="006114BA">
      <w:pPr>
        <w:pStyle w:val="Tekstpodstawowy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</w:p>
    <w:p w14:paraId="1655D9E3" w14:textId="0001F9A1" w:rsidR="00AF55D4" w:rsidRPr="005C06A6" w:rsidRDefault="006C6F9F" w:rsidP="006114BA">
      <w:pPr>
        <w:pStyle w:val="Tekstpodstawowy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5C06A6">
        <w:rPr>
          <w:rFonts w:ascii="Calibri" w:hAnsi="Calibri" w:cs="Calibri"/>
          <w:sz w:val="24"/>
          <w:szCs w:val="24"/>
        </w:rPr>
        <w:t>Z</w:t>
      </w:r>
      <w:r w:rsidR="00AF55D4" w:rsidRPr="005C06A6">
        <w:rPr>
          <w:rFonts w:ascii="Calibri" w:hAnsi="Calibri" w:cs="Calibri"/>
          <w:sz w:val="24"/>
          <w:szCs w:val="24"/>
        </w:rPr>
        <w:t>atwierdzam</w:t>
      </w:r>
      <w:r w:rsidRPr="005C06A6">
        <w:rPr>
          <w:rFonts w:ascii="Calibri" w:hAnsi="Calibri" w:cs="Calibri"/>
          <w:sz w:val="24"/>
          <w:szCs w:val="24"/>
        </w:rPr>
        <w:t xml:space="preserve">: Katarzyna </w:t>
      </w:r>
      <w:proofErr w:type="spellStart"/>
      <w:r w:rsidRPr="005C06A6">
        <w:rPr>
          <w:rFonts w:ascii="Calibri" w:hAnsi="Calibri" w:cs="Calibri"/>
          <w:sz w:val="24"/>
          <w:szCs w:val="24"/>
        </w:rPr>
        <w:t>Muszak</w:t>
      </w:r>
      <w:proofErr w:type="spellEnd"/>
    </w:p>
    <w:p w14:paraId="7694A1EB" w14:textId="17787635" w:rsidR="00AF55D4" w:rsidRPr="009E3C84" w:rsidRDefault="006C6F9F" w:rsidP="006114BA">
      <w:pPr>
        <w:pStyle w:val="Tekstpodstawowy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5C06A6">
        <w:rPr>
          <w:rFonts w:ascii="Calibri" w:hAnsi="Calibri" w:cs="Calibri"/>
          <w:sz w:val="24"/>
          <w:szCs w:val="24"/>
        </w:rPr>
        <w:t>Mikołów, dn</w:t>
      </w:r>
      <w:r w:rsidR="00082DA4" w:rsidRPr="005C06A6">
        <w:rPr>
          <w:rFonts w:ascii="Calibri" w:hAnsi="Calibri" w:cs="Calibri"/>
          <w:sz w:val="24"/>
          <w:szCs w:val="24"/>
        </w:rPr>
        <w:t>.</w:t>
      </w:r>
      <w:r w:rsidRPr="005C06A6">
        <w:rPr>
          <w:rFonts w:ascii="Calibri" w:hAnsi="Calibri" w:cs="Calibri"/>
          <w:sz w:val="24"/>
          <w:szCs w:val="24"/>
        </w:rPr>
        <w:t xml:space="preserve"> </w:t>
      </w:r>
      <w:r w:rsidR="005C06A6" w:rsidRPr="005C06A6">
        <w:rPr>
          <w:rFonts w:ascii="Calibri" w:hAnsi="Calibri" w:cs="Calibri"/>
          <w:sz w:val="24"/>
          <w:szCs w:val="24"/>
        </w:rPr>
        <w:t>2</w:t>
      </w:r>
      <w:r w:rsidR="005818AF">
        <w:rPr>
          <w:rFonts w:ascii="Calibri" w:hAnsi="Calibri" w:cs="Calibri"/>
          <w:sz w:val="24"/>
          <w:szCs w:val="24"/>
        </w:rPr>
        <w:t>6</w:t>
      </w:r>
      <w:r w:rsidRPr="005C06A6">
        <w:rPr>
          <w:rFonts w:ascii="Calibri" w:hAnsi="Calibri" w:cs="Calibri"/>
          <w:sz w:val="24"/>
          <w:szCs w:val="24"/>
        </w:rPr>
        <w:t>-08-2026r</w:t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  <w:r w:rsidRPr="009E3C84">
        <w:rPr>
          <w:rFonts w:ascii="Calibri" w:hAnsi="Calibri" w:cs="Calibri"/>
          <w:sz w:val="24"/>
          <w:szCs w:val="24"/>
        </w:rPr>
        <w:tab/>
      </w:r>
    </w:p>
    <w:p w14:paraId="6CCBECD8" w14:textId="77777777" w:rsidR="00082DA4" w:rsidRDefault="00082DA4" w:rsidP="006114BA">
      <w:pPr>
        <w:pStyle w:val="Nagwek1"/>
        <w:spacing w:before="16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</w:p>
    <w:p w14:paraId="3DDC9139" w14:textId="77777777" w:rsidR="0049627C" w:rsidRPr="0049627C" w:rsidRDefault="0049627C" w:rsidP="006114BA">
      <w:pPr>
        <w:jc w:val="both"/>
      </w:pPr>
    </w:p>
    <w:p w14:paraId="4D1F305B" w14:textId="6748BDA1" w:rsidR="0077628C" w:rsidRPr="009E3C84" w:rsidRDefault="002F42F4" w:rsidP="006114BA">
      <w:pPr>
        <w:jc w:val="both"/>
      </w:pPr>
      <w:r w:rsidRPr="009E3C84">
        <w:t>Załączniki</w:t>
      </w:r>
      <w:r w:rsidR="0049627C">
        <w:t xml:space="preserve"> do warunków zamówienia</w:t>
      </w:r>
    </w:p>
    <w:p w14:paraId="408EF417" w14:textId="77777777" w:rsidR="0077628C" w:rsidRDefault="002F42F4" w:rsidP="006114BA">
      <w:pPr>
        <w:pStyle w:val="Listapunktowana"/>
        <w:numPr>
          <w:ilvl w:val="0"/>
          <w:numId w:val="1"/>
        </w:numPr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Załącznik nr 1 - Opis przedmiotu zamówienia.</w:t>
      </w:r>
    </w:p>
    <w:p w14:paraId="22F410F7" w14:textId="094A0164" w:rsidR="0077628C" w:rsidRDefault="002F42F4" w:rsidP="006114BA">
      <w:pPr>
        <w:pStyle w:val="Listapunktowana"/>
        <w:numPr>
          <w:ilvl w:val="0"/>
          <w:numId w:val="1"/>
        </w:numPr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5C06A6">
        <w:rPr>
          <w:rFonts w:ascii="Calibri" w:hAnsi="Calibri" w:cs="Calibri"/>
          <w:sz w:val="24"/>
          <w:szCs w:val="24"/>
        </w:rPr>
        <w:t>Załącznik nr 2 - Formularz ofertowy.</w:t>
      </w:r>
    </w:p>
    <w:p w14:paraId="423848B0" w14:textId="66A2A118" w:rsidR="005C06A6" w:rsidRDefault="005C06A6" w:rsidP="006114BA">
      <w:pPr>
        <w:pStyle w:val="Listapunktowana"/>
        <w:numPr>
          <w:ilvl w:val="0"/>
          <w:numId w:val="1"/>
        </w:numPr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Załącznik nr 3 – Projekt umowy</w:t>
      </w:r>
    </w:p>
    <w:p w14:paraId="2BFBB46B" w14:textId="30D2A4E4" w:rsidR="005C06A6" w:rsidRPr="005C06A6" w:rsidRDefault="005C06A6" w:rsidP="006114BA">
      <w:pPr>
        <w:pStyle w:val="Listapunktowana"/>
        <w:numPr>
          <w:ilvl w:val="0"/>
          <w:numId w:val="1"/>
        </w:numPr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Załącznik nr 4 – Klauzula Informacyjna</w:t>
      </w:r>
    </w:p>
    <w:p w14:paraId="40B4F410" w14:textId="77777777" w:rsidR="005C06A6" w:rsidRDefault="005C06A6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</w:p>
    <w:p w14:paraId="4EAA0D0F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6E7D9EC5" w14:textId="77777777" w:rsidR="009E3C84" w:rsidRPr="009E3C84" w:rsidRDefault="009E3C84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</w:p>
    <w:p w14:paraId="6440DCA2" w14:textId="77777777" w:rsidR="009E3C84" w:rsidRPr="009E3C84" w:rsidRDefault="009E3C84" w:rsidP="006114BA">
      <w:pPr>
        <w:pStyle w:val="Listapunktowana"/>
        <w:spacing w:after="4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W nagłówku umieszczono znaki: </w:t>
      </w:r>
    </w:p>
    <w:p w14:paraId="275D275E" w14:textId="77777777" w:rsidR="009E3C84" w:rsidRPr="009E3C84" w:rsidRDefault="009E3C84" w:rsidP="006114BA">
      <w:pPr>
        <w:pStyle w:val="Listapunktowana"/>
        <w:spacing w:after="4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Fundusze Europejskie dla Śląskiego</w:t>
      </w:r>
    </w:p>
    <w:p w14:paraId="3BBC05EF" w14:textId="77777777" w:rsidR="009E3C84" w:rsidRPr="009E3C84" w:rsidRDefault="009E3C84" w:rsidP="006114BA">
      <w:pPr>
        <w:pStyle w:val="Listapunktowana"/>
        <w:spacing w:after="4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barwy Rzeczpospolitej Polskiej</w:t>
      </w:r>
    </w:p>
    <w:p w14:paraId="373C71EC" w14:textId="77777777" w:rsidR="009E3C84" w:rsidRPr="009E3C84" w:rsidRDefault="009E3C84" w:rsidP="006114BA">
      <w:pPr>
        <w:pStyle w:val="Listapunktowana"/>
        <w:spacing w:after="4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Dofinansowane przez Unię Europejską</w:t>
      </w:r>
    </w:p>
    <w:p w14:paraId="24EB4B3E" w14:textId="77777777" w:rsidR="009E3C84" w:rsidRPr="009E3C84" w:rsidRDefault="009E3C84" w:rsidP="006114BA">
      <w:pPr>
        <w:pStyle w:val="Listapunktowana"/>
        <w:spacing w:after="4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Województwo Śląskie</w:t>
      </w:r>
    </w:p>
    <w:p w14:paraId="303BE8FC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3157560D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02EF5298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656D3FC9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2A41864A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034345C7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7DACBA48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716355E9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5CB49C2C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599B1236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5300E3DF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0CB8E534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54BCE37C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79E41AD9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3C63B43E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0D960A5E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52675BFF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78F6AAC1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1CA055BA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428F5E8A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2DE25550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28924297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35B52825" w14:textId="77777777" w:rsidR="0049627C" w:rsidRDefault="0049627C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51B8FCF0" w14:textId="77777777" w:rsidR="003C312A" w:rsidRDefault="003C312A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7B9B0164" w14:textId="77777777" w:rsidR="003C312A" w:rsidRDefault="003C312A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58079E03" w14:textId="77777777" w:rsidR="003C312A" w:rsidRDefault="003C312A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6E438C6B" w14:textId="77777777" w:rsidR="0049627C" w:rsidRDefault="0049627C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4BD9A350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7D61AF5E" w14:textId="77777777" w:rsidR="009E3C84" w:rsidRDefault="009E3C84" w:rsidP="006114BA">
      <w:pPr>
        <w:pStyle w:val="Listapunktowana"/>
        <w:spacing w:after="4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</w:p>
    <w:p w14:paraId="083B9F90" w14:textId="7676CEE7" w:rsidR="0077628C" w:rsidRPr="003C312A" w:rsidRDefault="002F42F4" w:rsidP="003C312A">
      <w:pPr>
        <w:pStyle w:val="Nagwek1"/>
        <w:rPr>
          <w:rStyle w:val="Nagwek1Znak"/>
          <w:rFonts w:ascii="Calibri" w:hAnsi="Calibri" w:cs="Calibri"/>
          <w:color w:val="auto"/>
          <w:sz w:val="24"/>
          <w:szCs w:val="24"/>
        </w:rPr>
      </w:pPr>
      <w:r w:rsidRPr="003C312A">
        <w:rPr>
          <w:color w:val="auto"/>
        </w:rPr>
        <w:lastRenderedPageBreak/>
        <w:t>Załącznik nr 1</w:t>
      </w:r>
      <w:r w:rsidRPr="003C312A">
        <w:rPr>
          <w:color w:val="auto"/>
        </w:rPr>
        <w:br/>
      </w:r>
      <w:r w:rsidRPr="003C312A">
        <w:rPr>
          <w:rStyle w:val="Nagwek1Znak"/>
          <w:rFonts w:ascii="Calibri" w:hAnsi="Calibri" w:cs="Calibri"/>
          <w:color w:val="auto"/>
          <w:sz w:val="24"/>
          <w:szCs w:val="24"/>
        </w:rPr>
        <w:t>OPIS PRZEDMIOTU ZAMÓWIENIA</w:t>
      </w:r>
    </w:p>
    <w:p w14:paraId="392827F4" w14:textId="77777777" w:rsidR="003C312A" w:rsidRDefault="003C312A" w:rsidP="006114BA">
      <w:pPr>
        <w:spacing w:line="276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726503E4" w14:textId="5A5CE774" w:rsidR="0077628C" w:rsidRPr="009E3C84" w:rsidRDefault="002F42F4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bCs/>
          <w:sz w:val="24"/>
          <w:szCs w:val="24"/>
        </w:rPr>
        <w:t>Przeprowadzenie szkoleń i warsztatów merytorycznych w ramach projektu pn.</w:t>
      </w:r>
      <w:r w:rsidRPr="009E3C84">
        <w:rPr>
          <w:rFonts w:ascii="Calibri" w:hAnsi="Calibri" w:cs="Calibri"/>
          <w:bCs/>
          <w:sz w:val="24"/>
          <w:szCs w:val="24"/>
        </w:rPr>
        <w:br/>
      </w:r>
      <w:r w:rsidRPr="009E3C84">
        <w:rPr>
          <w:rFonts w:ascii="Calibri" w:hAnsi="Calibri" w:cs="Calibri"/>
          <w:b/>
          <w:sz w:val="24"/>
          <w:szCs w:val="24"/>
        </w:rPr>
        <w:t>„Zdrowi Pracownicy Centrum Zdrowia w Mikołowie”</w:t>
      </w:r>
    </w:p>
    <w:p w14:paraId="285344F4" w14:textId="77777777" w:rsidR="0077628C" w:rsidRPr="009E3C84" w:rsidRDefault="002F42F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1. Przedmiot zamówienia</w:t>
      </w:r>
    </w:p>
    <w:p w14:paraId="1D8919B0" w14:textId="77777777" w:rsidR="0077628C" w:rsidRPr="009E3C84" w:rsidRDefault="002F42F4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Przedmiotem zamówienia jest kompleksowa organizacja i przeprowadzenie szkoleń oraz warsztatów merytorycznych dla pracowników Akademickiego Centrum Zdrowia w Mikołowie Sp. z o.o., w ramach zadania nr 1 projektu. Celem zamówienia jest podniesienie kompetencji pracowników w zakresie zarządzania stresem, przeciwdziałania wypaleniu zawodowemu, ergonomii pracy, komunikacji interpersonalnej, asertywnej obsługi klienta oraz czynników psychospołecznych w środowisku pracy.</w:t>
      </w:r>
    </w:p>
    <w:p w14:paraId="2FAB2EA2" w14:textId="77777777" w:rsidR="0077628C" w:rsidRPr="009E3C84" w:rsidRDefault="002F42F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2. Zakres rzeczowy zamówienia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2242"/>
        <w:gridCol w:w="820"/>
        <w:gridCol w:w="1241"/>
        <w:gridCol w:w="1452"/>
        <w:gridCol w:w="3122"/>
      </w:tblGrid>
      <w:tr w:rsidR="0077628C" w:rsidRPr="009E3C84" w14:paraId="198844B9" w14:textId="77777777" w:rsidTr="00FF2FC3">
        <w:trPr>
          <w:cantSplit/>
          <w:tblHeader/>
          <w:jc w:val="center"/>
        </w:trPr>
        <w:tc>
          <w:tcPr>
            <w:tcW w:w="454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shd w:val="clear" w:color="auto" w:fill="FFFFFF" w:themeFill="background1"/>
            <w:vAlign w:val="center"/>
          </w:tcPr>
          <w:p w14:paraId="5528D172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shd w:val="clear" w:color="auto" w:fill="FFFFFF" w:themeFill="background1"/>
            <w:vAlign w:val="center"/>
          </w:tcPr>
          <w:p w14:paraId="19F7DF07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b/>
                <w:sz w:val="24"/>
                <w:szCs w:val="24"/>
              </w:rPr>
              <w:t>Nazwa formy wsparcia</w:t>
            </w:r>
          </w:p>
        </w:tc>
        <w:tc>
          <w:tcPr>
            <w:tcW w:w="680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shd w:val="clear" w:color="auto" w:fill="FFFFFF" w:themeFill="background1"/>
            <w:vAlign w:val="center"/>
          </w:tcPr>
          <w:p w14:paraId="5533D680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b/>
                <w:sz w:val="24"/>
                <w:szCs w:val="24"/>
              </w:rPr>
              <w:t>Liczba grup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shd w:val="clear" w:color="auto" w:fill="FFFFFF" w:themeFill="background1"/>
            <w:vAlign w:val="center"/>
          </w:tcPr>
          <w:p w14:paraId="40B8C6DD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b/>
                <w:sz w:val="24"/>
                <w:szCs w:val="24"/>
              </w:rPr>
              <w:t>Czas trwania jednej grupy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shd w:val="clear" w:color="auto" w:fill="FFFFFF" w:themeFill="background1"/>
            <w:vAlign w:val="center"/>
          </w:tcPr>
          <w:p w14:paraId="0BB1E860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b/>
                <w:sz w:val="24"/>
                <w:szCs w:val="24"/>
              </w:rPr>
              <w:t>Zakładana liczba uczestników</w:t>
            </w:r>
          </w:p>
        </w:tc>
        <w:tc>
          <w:tcPr>
            <w:tcW w:w="357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shd w:val="clear" w:color="auto" w:fill="FFFFFF" w:themeFill="background1"/>
            <w:vAlign w:val="center"/>
          </w:tcPr>
          <w:p w14:paraId="432C676B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b/>
                <w:sz w:val="24"/>
                <w:szCs w:val="24"/>
              </w:rPr>
              <w:t>Minimalny zakres tematyczny</w:t>
            </w:r>
          </w:p>
        </w:tc>
      </w:tr>
      <w:tr w:rsidR="0077628C" w:rsidRPr="009E3C84" w14:paraId="53C0A890" w14:textId="77777777">
        <w:trPr>
          <w:cantSplit/>
          <w:jc w:val="center"/>
        </w:trPr>
        <w:tc>
          <w:tcPr>
            <w:tcW w:w="454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BC12050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B014BE4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Szkolenie „Zarządzanie stresem i przeciwdziałanie wypaleniu zawodowemu”</w:t>
            </w:r>
          </w:p>
        </w:tc>
        <w:tc>
          <w:tcPr>
            <w:tcW w:w="680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BC957D2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63B0601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8 godzin lekcyjnych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16231BA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78 osób</w:t>
            </w:r>
          </w:p>
        </w:tc>
        <w:tc>
          <w:tcPr>
            <w:tcW w:w="357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4AB5E3C" w14:textId="77777777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Przyczyny i objawy wypalenia zawodowego.</w:t>
            </w:r>
          </w:p>
          <w:p w14:paraId="5D4AF505" w14:textId="77777777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Metody diagnozowania i skutecznego radzenia sobie z wypaleniem zawodowym w sytuacji zmiany.</w:t>
            </w:r>
          </w:p>
          <w:p w14:paraId="1F1A6C7D" w14:textId="1FA696C3" w:rsidR="0077628C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Praktyczne techniki podnoszące umiejętności zarządzania stresem i podnoszenia efektywności zawodowej i osobistej w celu zapobiegania wypaleniu zawodowemu dzięki którym świadomie buduje się odporność psychiczną</w:t>
            </w:r>
            <w:r w:rsidR="002F42F4" w:rsidRPr="009E3C8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77628C" w:rsidRPr="009E3C84" w14:paraId="63144E69" w14:textId="77777777">
        <w:trPr>
          <w:cantSplit/>
          <w:jc w:val="center"/>
        </w:trPr>
        <w:tc>
          <w:tcPr>
            <w:tcW w:w="454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10F7C26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A1A7D7E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Warsztat „Zdrowy kręgosłup”</w:t>
            </w:r>
          </w:p>
        </w:tc>
        <w:tc>
          <w:tcPr>
            <w:tcW w:w="680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54D33C0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4DC71295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4 godziny lekcyjne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920C30E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104 osoby</w:t>
            </w:r>
          </w:p>
        </w:tc>
        <w:tc>
          <w:tcPr>
            <w:tcW w:w="357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76DA88D" w14:textId="649BB145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Wprowadzenie do anatomii kręgosłupa</w:t>
            </w:r>
            <w:r w:rsidR="00FA0189" w:rsidRPr="009E3C84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34E800AA" w14:textId="43EC894B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Budowa i funkcje poszczególnych odcinków kręgosłupa</w:t>
            </w:r>
            <w:r w:rsidR="00FA0189" w:rsidRPr="009E3C84"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436E529F" w14:textId="645BEB4B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Najczęstsze przyczyny bólu pleców</w:t>
            </w:r>
            <w:r w:rsidR="00FA0189" w:rsidRPr="009E3C84"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7A6487EF" w14:textId="355E8F69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Ergonomia stanowiska pracy</w:t>
            </w:r>
            <w:r w:rsidR="00FA0189" w:rsidRPr="009E3C84"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7DBFC46C" w14:textId="07B08FF5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Zasady prawidłowego ustawienia stanowiska komputerowego, dźwigania</w:t>
            </w:r>
            <w:r w:rsidR="00FA0189" w:rsidRPr="009E3C84"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40DF52F4" w14:textId="1B8F5132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Znaczenie regularnych przerw i aktywności fizycznej w pracy</w:t>
            </w:r>
            <w:r w:rsidR="00FA0189" w:rsidRPr="009E3C84"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527E2DE3" w14:textId="642A9E90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Ćwiczenia profilaktyczne i wzmacniające</w:t>
            </w:r>
            <w:r w:rsidR="00FA0189" w:rsidRPr="009E3C84"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4DB32FBC" w14:textId="3CAC47EC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Ćwiczenia rozciągające i mobilizujące dla odcinka szyjnego, piersiowego i lędźwiowego</w:t>
            </w:r>
            <w:r w:rsidR="000F6BB8" w:rsidRPr="009E3C84"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6E3B2A11" w14:textId="08B5F1E0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Techniki wzmacniania mięśni posturalnych</w:t>
            </w:r>
            <w:r w:rsidR="000F6BB8" w:rsidRPr="009E3C84"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6EC9C828" w14:textId="470CC51D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Praktyczne wskazówki dotyczące wprowadzania ćwiczeń w codzienną rutynę</w:t>
            </w:r>
            <w:r w:rsidR="000F6BB8" w:rsidRPr="009E3C84"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4E109BA5" w14:textId="77777777" w:rsidR="00BE517B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Ćwiczenia ergonomiczne przy stanowisku pracy</w:t>
            </w:r>
          </w:p>
          <w:p w14:paraId="28E7E3A1" w14:textId="6E2FDF2E" w:rsidR="0077628C" w:rsidRPr="009E3C84" w:rsidRDefault="00BE517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Podsumowanie.</w:t>
            </w:r>
          </w:p>
        </w:tc>
      </w:tr>
      <w:tr w:rsidR="0077628C" w:rsidRPr="009E3C84" w14:paraId="450D9F21" w14:textId="77777777">
        <w:trPr>
          <w:cantSplit/>
          <w:jc w:val="center"/>
        </w:trPr>
        <w:tc>
          <w:tcPr>
            <w:tcW w:w="454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D10F175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E0BCAC8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Szkolenie „Komunikacja interpersonalna”</w:t>
            </w:r>
          </w:p>
        </w:tc>
        <w:tc>
          <w:tcPr>
            <w:tcW w:w="680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56F13C1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1559652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8 godzin lekcyjnych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B74C55F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52 osoby</w:t>
            </w:r>
          </w:p>
        </w:tc>
        <w:tc>
          <w:tcPr>
            <w:tcW w:w="357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9C49179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Poprawa komunikacji w organizacji; unikanie konfliktów; techniki skutecznej współpracy; wypracowanie zasad efektywnej komunikacji i współpracy.</w:t>
            </w:r>
          </w:p>
        </w:tc>
      </w:tr>
      <w:tr w:rsidR="0077628C" w:rsidRPr="009E3C84" w14:paraId="7D8C2742" w14:textId="77777777">
        <w:trPr>
          <w:cantSplit/>
          <w:jc w:val="center"/>
        </w:trPr>
        <w:tc>
          <w:tcPr>
            <w:tcW w:w="454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69E9C77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7DE55526" w14:textId="718CF971" w:rsidR="0077628C" w:rsidRPr="009E3C84" w:rsidRDefault="009C2FDD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 xml:space="preserve">Szkolenie </w:t>
            </w:r>
            <w:r w:rsidR="002F42F4" w:rsidRPr="009E3C84">
              <w:rPr>
                <w:rFonts w:ascii="Calibri" w:hAnsi="Calibri" w:cs="Calibri"/>
                <w:sz w:val="24"/>
                <w:szCs w:val="24"/>
              </w:rPr>
              <w:t>„Asertywna obsługa klienta” - część 1</w:t>
            </w:r>
          </w:p>
        </w:tc>
        <w:tc>
          <w:tcPr>
            <w:tcW w:w="680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2007D6D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47D8AAB8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8 godzin lekcyjnych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E1A32CD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26 osób</w:t>
            </w:r>
          </w:p>
        </w:tc>
        <w:tc>
          <w:tcPr>
            <w:tcW w:w="357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E1BDA22" w14:textId="4E6B08DB" w:rsidR="0077628C" w:rsidRPr="009E3C84" w:rsidRDefault="00FA0189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 xml:space="preserve">Podwyższenie wiedzy i umiejętności z zakresu profesjonalnej obsługi Klienta. Zapoznanie z zasadami komunikacji z klientem. Zdobycie wiedzy w zakresie asertywnej komunikacji interpersonalnej. </w:t>
            </w:r>
          </w:p>
        </w:tc>
      </w:tr>
      <w:tr w:rsidR="0077628C" w:rsidRPr="009E3C84" w14:paraId="19E2437A" w14:textId="77777777">
        <w:trPr>
          <w:cantSplit/>
          <w:jc w:val="center"/>
        </w:trPr>
        <w:tc>
          <w:tcPr>
            <w:tcW w:w="454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4CB182D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7E6B19EF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Warsztat „Praktyczny trening asertywności” - część 2</w:t>
            </w:r>
          </w:p>
        </w:tc>
        <w:tc>
          <w:tcPr>
            <w:tcW w:w="680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DCEF0BD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6F679DF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4 godziny lekcyjne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8AE398E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26 osób</w:t>
            </w:r>
          </w:p>
        </w:tc>
        <w:tc>
          <w:tcPr>
            <w:tcW w:w="357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EE2B263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Stosowanie komunikatów asertywnych; radzenie sobie z emocjami i stresem w kontakcie ze współpracownikiem, przełożonym, podwładnym i klientem/pacjentem.</w:t>
            </w:r>
          </w:p>
        </w:tc>
      </w:tr>
      <w:tr w:rsidR="0077628C" w:rsidRPr="009E3C84" w14:paraId="5E9172A0" w14:textId="77777777">
        <w:trPr>
          <w:cantSplit/>
          <w:jc w:val="center"/>
        </w:trPr>
        <w:tc>
          <w:tcPr>
            <w:tcW w:w="454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8436C0D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D94E232" w14:textId="7E0F68AF" w:rsidR="0077628C" w:rsidRPr="009E3C84" w:rsidRDefault="006114BA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Warsztat</w:t>
            </w:r>
            <w:r w:rsidR="002F42F4" w:rsidRPr="009E3C84">
              <w:rPr>
                <w:rFonts w:ascii="Calibri" w:hAnsi="Calibri" w:cs="Calibri"/>
                <w:sz w:val="24"/>
                <w:szCs w:val="24"/>
              </w:rPr>
              <w:t xml:space="preserve"> „Czynniki ergonomiczne w środowisku pracy”</w:t>
            </w:r>
          </w:p>
        </w:tc>
        <w:tc>
          <w:tcPr>
            <w:tcW w:w="680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3B69034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DC6CE12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4 godziny lekcyjne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EDC3E57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52 osoby</w:t>
            </w:r>
          </w:p>
        </w:tc>
        <w:tc>
          <w:tcPr>
            <w:tcW w:w="357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4DB343AF" w14:textId="7BAB52F1" w:rsidR="00FA0189" w:rsidRPr="009E3C84" w:rsidRDefault="000F6BB8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P</w:t>
            </w:r>
            <w:r w:rsidR="00FA0189" w:rsidRPr="009E3C84">
              <w:rPr>
                <w:rFonts w:ascii="Calibri" w:hAnsi="Calibri" w:cs="Calibri"/>
                <w:sz w:val="24"/>
                <w:szCs w:val="24"/>
              </w:rPr>
              <w:t>odstawowych informacj</w:t>
            </w:r>
            <w:r w:rsidRPr="009E3C84">
              <w:rPr>
                <w:rFonts w:ascii="Calibri" w:hAnsi="Calibri" w:cs="Calibri"/>
                <w:sz w:val="24"/>
                <w:szCs w:val="24"/>
              </w:rPr>
              <w:t>e</w:t>
            </w:r>
            <w:r w:rsidR="00FA0189" w:rsidRPr="009E3C84">
              <w:rPr>
                <w:rFonts w:ascii="Calibri" w:hAnsi="Calibri" w:cs="Calibri"/>
                <w:sz w:val="24"/>
                <w:szCs w:val="24"/>
              </w:rPr>
              <w:t xml:space="preserve"> na temat: anatomii, fizjologii i biomechaniki organizmu człowieka w kontekście zagrożeń chorobami układu mięśniowo-szkieletowego oraz praktycznych aspektów</w:t>
            </w:r>
          </w:p>
          <w:p w14:paraId="0250531F" w14:textId="2D998EFD" w:rsidR="0077628C" w:rsidRPr="009E3C84" w:rsidRDefault="00FA0189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organizacji stanowiska pracy w kontekście wymogów ergonomii ze szczególnym uwzględnieniem pracy przy monitorach ekranowych.</w:t>
            </w:r>
          </w:p>
        </w:tc>
      </w:tr>
      <w:tr w:rsidR="0077628C" w:rsidRPr="009E3C84" w14:paraId="28B601A5" w14:textId="77777777">
        <w:trPr>
          <w:cantSplit/>
          <w:jc w:val="center"/>
        </w:trPr>
        <w:tc>
          <w:tcPr>
            <w:tcW w:w="454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CE73DF8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lastRenderedPageBreak/>
              <w:t>7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E411568" w14:textId="4365E33A" w:rsidR="0077628C" w:rsidRPr="009E3C84" w:rsidRDefault="006114BA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Warsztat</w:t>
            </w:r>
            <w:r w:rsidR="002F42F4" w:rsidRPr="009E3C84">
              <w:rPr>
                <w:rFonts w:ascii="Calibri" w:hAnsi="Calibri" w:cs="Calibri"/>
                <w:sz w:val="24"/>
                <w:szCs w:val="24"/>
              </w:rPr>
              <w:t xml:space="preserve"> „Czynniki psychospołeczne w środowisku pracy”</w:t>
            </w:r>
          </w:p>
        </w:tc>
        <w:tc>
          <w:tcPr>
            <w:tcW w:w="680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41DF071B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42065DC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4 godziny lekcyjne</w:t>
            </w:r>
          </w:p>
        </w:tc>
        <w:tc>
          <w:tcPr>
            <w:tcW w:w="1247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9F0749A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52 osoby</w:t>
            </w:r>
          </w:p>
        </w:tc>
        <w:tc>
          <w:tcPr>
            <w:tcW w:w="357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3D32D43" w14:textId="77777777" w:rsidR="00FA0189" w:rsidRPr="009E3C84" w:rsidRDefault="00FA0189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Biologiczny mechanizm reakcji stresowej.</w:t>
            </w:r>
          </w:p>
          <w:p w14:paraId="277C31CB" w14:textId="36BABEE3" w:rsidR="00FA0189" w:rsidRPr="009E3C84" w:rsidRDefault="00FA0189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Stresory (czynniki stresogenne) w środowisku pracy i zapobieganiu ich negatywnemu oddziaływaniu na pracowników.</w:t>
            </w:r>
          </w:p>
          <w:p w14:paraId="68B5FCF4" w14:textId="111EC5EC" w:rsidR="0077628C" w:rsidRPr="009E3C84" w:rsidRDefault="00FA0189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E3C84">
              <w:rPr>
                <w:rFonts w:ascii="Calibri" w:hAnsi="Calibri" w:cs="Calibri"/>
                <w:sz w:val="24"/>
                <w:szCs w:val="24"/>
              </w:rPr>
              <w:t>Mobbing</w:t>
            </w:r>
            <w:proofErr w:type="spellEnd"/>
            <w:r w:rsidRPr="009E3C84">
              <w:rPr>
                <w:rFonts w:ascii="Calibri" w:hAnsi="Calibri" w:cs="Calibri"/>
                <w:sz w:val="24"/>
                <w:szCs w:val="24"/>
              </w:rPr>
              <w:t xml:space="preserve"> i dyskryminacja w miejscu pracy, praktyczne i prawne aspekty rozpoznawania i przeciwdziałania tym zjawiskom.</w:t>
            </w:r>
          </w:p>
        </w:tc>
      </w:tr>
    </w:tbl>
    <w:p w14:paraId="6969EB15" w14:textId="77777777" w:rsidR="0077628C" w:rsidRPr="009E3C84" w:rsidRDefault="002F42F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3. Wymagania organizacyjne i jakościowe</w:t>
      </w:r>
    </w:p>
    <w:p w14:paraId="1F6C8429" w14:textId="2AE436C1" w:rsidR="0077628C" w:rsidRPr="009E3C84" w:rsidRDefault="002F42F4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Zajęcia muszą być prowadzone przez trenerów posiadających minimum 2-letnie doświadczenie zawodowe w</w:t>
      </w:r>
      <w:r w:rsidR="00D50B40" w:rsidRPr="009E3C84">
        <w:rPr>
          <w:rFonts w:ascii="Calibri" w:hAnsi="Calibri" w:cs="Calibri"/>
          <w:sz w:val="24"/>
          <w:szCs w:val="24"/>
        </w:rPr>
        <w:t xml:space="preserve"> zakresie </w:t>
      </w:r>
      <w:r w:rsidRPr="009E3C84">
        <w:rPr>
          <w:rFonts w:ascii="Calibri" w:hAnsi="Calibri" w:cs="Calibri"/>
          <w:sz w:val="24"/>
          <w:szCs w:val="24"/>
        </w:rPr>
        <w:t xml:space="preserve"> tematy</w:t>
      </w:r>
      <w:r w:rsidR="00D50B40" w:rsidRPr="009E3C84">
        <w:rPr>
          <w:rFonts w:ascii="Calibri" w:hAnsi="Calibri" w:cs="Calibri"/>
          <w:sz w:val="24"/>
          <w:szCs w:val="24"/>
        </w:rPr>
        <w:t xml:space="preserve">ki </w:t>
      </w:r>
      <w:r w:rsidRPr="009E3C84">
        <w:rPr>
          <w:rFonts w:ascii="Calibri" w:hAnsi="Calibri" w:cs="Calibri"/>
          <w:sz w:val="24"/>
          <w:szCs w:val="24"/>
        </w:rPr>
        <w:t>danego szkolenia/warsztatu.</w:t>
      </w:r>
    </w:p>
    <w:p w14:paraId="2116D238" w14:textId="77777777" w:rsidR="0077628C" w:rsidRPr="009E3C84" w:rsidRDefault="002F42F4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Zajęcia mają mieć charakter teoretyczno-warsztatowy i być prowadzone w czasie rzeczywistym.</w:t>
      </w:r>
    </w:p>
    <w:p w14:paraId="038B601A" w14:textId="77777777" w:rsidR="0077628C" w:rsidRPr="009E3C84" w:rsidRDefault="002F42F4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Liczebność jednej grupy nie może przekraczać 15 osób.</w:t>
      </w:r>
    </w:p>
    <w:p w14:paraId="14F269F0" w14:textId="39AD8DE6" w:rsidR="0077628C" w:rsidRPr="009E3C84" w:rsidRDefault="002F42F4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Wykonawca przygotuje materiały edukacyjne dla uczestników w formie elektronicznej.</w:t>
      </w:r>
    </w:p>
    <w:p w14:paraId="32D6E146" w14:textId="77777777" w:rsidR="0077628C" w:rsidRPr="009E3C84" w:rsidRDefault="002F42F4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Usługa nie obejmuje zapewnienia cateringu.</w:t>
      </w:r>
    </w:p>
    <w:p w14:paraId="788D0009" w14:textId="77777777" w:rsidR="0077628C" w:rsidRPr="009E3C84" w:rsidRDefault="002F42F4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Wykonawca będzie zobowiązany do bieżącej współpracy z Zamawiającym w zakresie ustalenia harmonogramu zajęć i dokumentowania realizacji usługi.</w:t>
      </w:r>
    </w:p>
    <w:p w14:paraId="54474FA8" w14:textId="77777777" w:rsidR="0077628C" w:rsidRPr="009E3C84" w:rsidRDefault="002F42F4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Wykonawca zobowiązany będzie uwzględniać szczególne potrzeby uczestników zgłoszone przez Zamawiającego, o ile będzie to możliwe organizacyjnie i zgodne z charakterem danej formy wsparcia.</w:t>
      </w:r>
    </w:p>
    <w:p w14:paraId="4EC7B992" w14:textId="77777777" w:rsidR="0077628C" w:rsidRPr="009E3C84" w:rsidRDefault="002F42F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4. Dokumentacja realizacji usługi</w:t>
      </w:r>
    </w:p>
    <w:p w14:paraId="5F26F233" w14:textId="77777777" w:rsidR="0077628C" w:rsidRPr="009E3C84" w:rsidRDefault="002F42F4" w:rsidP="006114BA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Wykonawca zobowiązany będzie przekazać Zamawiającemu dokumentację potwierdzającą realizację usługi, w szczególności:</w:t>
      </w:r>
    </w:p>
    <w:p w14:paraId="74267866" w14:textId="77777777" w:rsidR="0077628C" w:rsidRPr="009E3C84" w:rsidRDefault="002F42F4" w:rsidP="006114BA">
      <w:pPr>
        <w:pStyle w:val="Listapunktowana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listy obecności zawierające co najmniej: datę, godziny, miejsce, imię i nazwisko uczestnika, podpis uczestnika oraz podpis prowadzącego;</w:t>
      </w:r>
    </w:p>
    <w:p w14:paraId="02E5D426" w14:textId="77777777" w:rsidR="0077628C" w:rsidRPr="009E3C84" w:rsidRDefault="002F42F4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certyfikaty, zaświadczenia lub inne równoważne dokumenty potwierdzające ukończenie szkolenia/warsztatu, ze wskazaniem liczby godzin;</w:t>
      </w:r>
    </w:p>
    <w:p w14:paraId="46086948" w14:textId="77777777" w:rsidR="0077628C" w:rsidRPr="009E3C84" w:rsidRDefault="002F42F4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program lub konspekt przeprowadzonych zajęć;</w:t>
      </w:r>
    </w:p>
    <w:p w14:paraId="4BBBC0D4" w14:textId="0F4F040C" w:rsidR="0077628C" w:rsidRPr="009E3C84" w:rsidRDefault="002F42F4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protokół odbioru usługi albo dokument równoważny</w:t>
      </w:r>
    </w:p>
    <w:p w14:paraId="7CE17568" w14:textId="77777777" w:rsidR="0077628C" w:rsidRPr="009E3C84" w:rsidRDefault="002F42F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lastRenderedPageBreak/>
        <w:t>5. Miejsce realizacji</w:t>
      </w:r>
    </w:p>
    <w:p w14:paraId="7062024D" w14:textId="6AD788F0" w:rsidR="0077628C" w:rsidRPr="009E3C84" w:rsidRDefault="002F42F4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Zajęcia zostaną przeprowadzone na terenie Akademickiego Centrum Zdrowia w Mikołowie Sp. z o.o. </w:t>
      </w:r>
    </w:p>
    <w:p w14:paraId="4BC36065" w14:textId="77777777" w:rsidR="0077628C" w:rsidRPr="009E3C84" w:rsidRDefault="002F42F4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br w:type="page"/>
      </w:r>
    </w:p>
    <w:p w14:paraId="2155DE8E" w14:textId="77777777" w:rsidR="0077628C" w:rsidRPr="009E3C84" w:rsidRDefault="002F42F4" w:rsidP="003C312A">
      <w:pPr>
        <w:pStyle w:val="Nagwek1"/>
        <w:rPr>
          <w:rStyle w:val="Nagwek1Znak"/>
          <w:rFonts w:ascii="Calibri" w:hAnsi="Calibri" w:cs="Calibri"/>
          <w:color w:val="auto"/>
          <w:sz w:val="24"/>
          <w:szCs w:val="24"/>
        </w:rPr>
      </w:pPr>
      <w:r w:rsidRPr="003C312A">
        <w:rPr>
          <w:color w:val="auto"/>
        </w:rPr>
        <w:lastRenderedPageBreak/>
        <w:t>Załącznik nr 2</w:t>
      </w:r>
      <w:r w:rsidRPr="003C312A">
        <w:rPr>
          <w:color w:val="auto"/>
        </w:rPr>
        <w:br/>
      </w:r>
      <w:r w:rsidRPr="009E3C84">
        <w:rPr>
          <w:rStyle w:val="Nagwek1Znak"/>
          <w:rFonts w:ascii="Calibri" w:hAnsi="Calibri" w:cs="Calibri"/>
          <w:color w:val="auto"/>
          <w:sz w:val="24"/>
          <w:szCs w:val="24"/>
        </w:rPr>
        <w:t>FORMULARZ OFERTOWY</w:t>
      </w:r>
    </w:p>
    <w:p w14:paraId="7647BB95" w14:textId="77777777" w:rsidR="0077628C" w:rsidRPr="009E3C84" w:rsidRDefault="002F42F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1. Dane Wykonawcy</w:t>
      </w:r>
    </w:p>
    <w:p w14:paraId="38F446B4" w14:textId="77777777" w:rsidR="0077628C" w:rsidRPr="009E3C84" w:rsidRDefault="002F42F4" w:rsidP="006114BA">
      <w:pPr>
        <w:spacing w:after="6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Nazwa Wykonawcy: ....................................................................................................................</w:t>
      </w:r>
    </w:p>
    <w:p w14:paraId="0E493FBC" w14:textId="77777777" w:rsidR="0077628C" w:rsidRPr="009E3C84" w:rsidRDefault="002F42F4" w:rsidP="006114BA">
      <w:pPr>
        <w:spacing w:after="6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Adres siedziby: ...........................................................................................................................</w:t>
      </w:r>
    </w:p>
    <w:p w14:paraId="2B1EC8B2" w14:textId="77777777" w:rsidR="0077628C" w:rsidRPr="009E3C84" w:rsidRDefault="002F42F4" w:rsidP="006114BA">
      <w:pPr>
        <w:spacing w:after="6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NIP: ............................................................ REGON: ............................................................</w:t>
      </w:r>
    </w:p>
    <w:p w14:paraId="57060D62" w14:textId="77777777" w:rsidR="0077628C" w:rsidRPr="009E3C84" w:rsidRDefault="002F42F4" w:rsidP="006114BA">
      <w:pPr>
        <w:spacing w:after="6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Osoba do kontaktu: ...................................................................................................................</w:t>
      </w:r>
    </w:p>
    <w:p w14:paraId="1E3C55B3" w14:textId="77777777" w:rsidR="0077628C" w:rsidRPr="009E3C84" w:rsidRDefault="002F42F4" w:rsidP="006114BA">
      <w:pPr>
        <w:spacing w:after="6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Telefon: ........................................................ e-mail: ............................................................</w:t>
      </w:r>
    </w:p>
    <w:p w14:paraId="0BB0797D" w14:textId="77777777" w:rsidR="0077628C" w:rsidRPr="009E3C84" w:rsidRDefault="002F42F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2. Oferta cenowa</w:t>
      </w:r>
    </w:p>
    <w:p w14:paraId="0C317280" w14:textId="7148DB1C" w:rsidR="0077628C" w:rsidRPr="009E3C84" w:rsidRDefault="002F42F4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 xml:space="preserve">W odpowiedzi na </w:t>
      </w:r>
      <w:r w:rsidR="00D50B40" w:rsidRPr="009E3C84">
        <w:rPr>
          <w:rFonts w:ascii="Calibri" w:hAnsi="Calibri" w:cs="Calibri"/>
          <w:sz w:val="24"/>
          <w:szCs w:val="24"/>
        </w:rPr>
        <w:t xml:space="preserve">ogłoszone postępowanie </w:t>
      </w:r>
      <w:r w:rsidRPr="009E3C84">
        <w:rPr>
          <w:rFonts w:ascii="Calibri" w:hAnsi="Calibri" w:cs="Calibri"/>
          <w:sz w:val="24"/>
          <w:szCs w:val="24"/>
        </w:rPr>
        <w:t>dotyczące przeprowadzenia szkoleń i warsztatów merytorycznych w ramach projektu pn. „Zdrowi Pracownicy Centrum Zdrowia w Mikołowie” oferuję wykonanie zamówienia za następujące ceny: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"/>
        <w:gridCol w:w="2342"/>
        <w:gridCol w:w="820"/>
        <w:gridCol w:w="1451"/>
        <w:gridCol w:w="1010"/>
        <w:gridCol w:w="944"/>
        <w:gridCol w:w="1125"/>
        <w:gridCol w:w="1184"/>
      </w:tblGrid>
      <w:tr w:rsidR="001B47FC" w:rsidRPr="009E3C84" w14:paraId="03F83CE7" w14:textId="77777777" w:rsidTr="00FF7A53">
        <w:trPr>
          <w:cantSplit/>
          <w:tblHeader/>
          <w:jc w:val="center"/>
        </w:trPr>
        <w:tc>
          <w:tcPr>
            <w:tcW w:w="46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9F1EEDE" w14:textId="65450FC1" w:rsidR="001B47FC" w:rsidRPr="00E4373B" w:rsidRDefault="001B47FC" w:rsidP="006114BA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165B5D6" w14:textId="65C21516" w:rsidR="001B47FC" w:rsidRPr="00E4373B" w:rsidRDefault="00FF2FC3" w:rsidP="006114BA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5FD7788" w14:textId="323D2A97" w:rsidR="001B47FC" w:rsidRPr="00E4373B" w:rsidRDefault="00FF2FC3" w:rsidP="006114BA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7DF7D5D" w14:textId="2B5428A8" w:rsidR="001B47FC" w:rsidRPr="00E4373B" w:rsidRDefault="00FF2FC3" w:rsidP="006114BA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3D93FBD" w14:textId="1927ED96" w:rsidR="001B47FC" w:rsidRPr="00E4373B" w:rsidRDefault="00FF2FC3" w:rsidP="006114BA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823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06EFF2B" w14:textId="3EE213C8" w:rsidR="001B47FC" w:rsidRPr="00E4373B" w:rsidRDefault="00FF2FC3" w:rsidP="006114BA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D3FCF5E" w14:textId="239E4DB3" w:rsidR="001B47FC" w:rsidRPr="00E4373B" w:rsidRDefault="00FF2FC3" w:rsidP="006114BA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4030C37" w14:textId="20F0591D" w:rsidR="001B47FC" w:rsidRPr="00E4373B" w:rsidRDefault="00FF2FC3" w:rsidP="006114BA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</w:tr>
      <w:tr w:rsidR="0077628C" w:rsidRPr="009E3C84" w14:paraId="05F8A339" w14:textId="77777777" w:rsidTr="00FF7A53">
        <w:trPr>
          <w:cantSplit/>
          <w:tblHeader/>
          <w:jc w:val="center"/>
        </w:trPr>
        <w:tc>
          <w:tcPr>
            <w:tcW w:w="46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00253EB" w14:textId="77777777" w:rsidR="0077628C" w:rsidRPr="00E4373B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45A39C8" w14:textId="77777777" w:rsidR="0077628C" w:rsidRPr="00E4373B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Nazwa szkolenia/warsztatu</w:t>
            </w:r>
          </w:p>
        </w:tc>
        <w:tc>
          <w:tcPr>
            <w:tcW w:w="719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4679E93" w14:textId="77777777" w:rsidR="0077628C" w:rsidRPr="00E4373B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Liczba grup</w:t>
            </w:r>
          </w:p>
        </w:tc>
        <w:tc>
          <w:tcPr>
            <w:tcW w:w="1245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63B3CFA" w14:textId="4D43DFED" w:rsidR="0077628C" w:rsidRPr="00E4373B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Czas</w:t>
            </w:r>
            <w:r w:rsidR="001B47FC" w:rsidRPr="00E4373B">
              <w:rPr>
                <w:rFonts w:ascii="Calibri" w:hAnsi="Calibri" w:cs="Calibri"/>
                <w:b/>
                <w:sz w:val="24"/>
                <w:szCs w:val="24"/>
              </w:rPr>
              <w:t>*</w:t>
            </w: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/grupa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99F18EA" w14:textId="77777777" w:rsidR="0077628C" w:rsidRPr="00E4373B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Cena netto za 1 grupę</w:t>
            </w:r>
          </w:p>
        </w:tc>
        <w:tc>
          <w:tcPr>
            <w:tcW w:w="823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78B9789" w14:textId="38D1E046" w:rsidR="0077628C" w:rsidRPr="00E4373B" w:rsidRDefault="0093462D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 xml:space="preserve">Stawka </w:t>
            </w:r>
            <w:r w:rsidR="002F42F4" w:rsidRPr="00E4373B">
              <w:rPr>
                <w:rFonts w:ascii="Calibri" w:hAnsi="Calibri" w:cs="Calibri"/>
                <w:b/>
                <w:sz w:val="24"/>
                <w:szCs w:val="24"/>
              </w:rPr>
              <w:t>VAT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5D06970" w14:textId="77777777" w:rsidR="0077628C" w:rsidRPr="00E4373B" w:rsidRDefault="001B47FC" w:rsidP="006114BA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>Wartość netto</w:t>
            </w:r>
          </w:p>
          <w:p w14:paraId="11412409" w14:textId="10786770" w:rsidR="001B47FC" w:rsidRPr="00E4373B" w:rsidRDefault="00FF2FC3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373B">
              <w:rPr>
                <w:rFonts w:ascii="Calibri" w:hAnsi="Calibri" w:cs="Calibri"/>
                <w:sz w:val="24"/>
                <w:szCs w:val="24"/>
              </w:rPr>
              <w:t>7</w:t>
            </w:r>
            <w:r w:rsidR="001B47FC" w:rsidRPr="00E4373B">
              <w:rPr>
                <w:rFonts w:ascii="Calibri" w:hAnsi="Calibri" w:cs="Calibri"/>
                <w:sz w:val="24"/>
                <w:szCs w:val="24"/>
              </w:rPr>
              <w:t>=(</w:t>
            </w:r>
            <w:r w:rsidR="00E4373B" w:rsidRPr="00E4373B">
              <w:rPr>
                <w:rFonts w:ascii="Calibri" w:hAnsi="Calibri" w:cs="Calibri"/>
                <w:sz w:val="24"/>
                <w:szCs w:val="24"/>
              </w:rPr>
              <w:t>3</w:t>
            </w:r>
            <w:r w:rsidR="001B47FC" w:rsidRPr="00E4373B">
              <w:rPr>
                <w:rFonts w:ascii="Calibri" w:hAnsi="Calibri" w:cs="Calibri"/>
                <w:sz w:val="24"/>
                <w:szCs w:val="24"/>
              </w:rPr>
              <w:t>x</w:t>
            </w:r>
            <w:r w:rsidR="00E4373B" w:rsidRPr="00E4373B">
              <w:rPr>
                <w:rFonts w:ascii="Calibri" w:hAnsi="Calibri" w:cs="Calibri"/>
                <w:sz w:val="24"/>
                <w:szCs w:val="24"/>
              </w:rPr>
              <w:t>5</w:t>
            </w:r>
            <w:r w:rsidR="001B47FC" w:rsidRPr="00E4373B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DEDFA80" w14:textId="77777777" w:rsidR="0077628C" w:rsidRPr="00E4373B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4373B">
              <w:rPr>
                <w:rFonts w:ascii="Calibri" w:hAnsi="Calibri" w:cs="Calibri"/>
                <w:b/>
                <w:sz w:val="24"/>
                <w:szCs w:val="24"/>
              </w:rPr>
              <w:t xml:space="preserve">Wartość brutto </w:t>
            </w:r>
          </w:p>
          <w:p w14:paraId="0B1028C4" w14:textId="0343B72E" w:rsidR="001B47FC" w:rsidRPr="00E4373B" w:rsidRDefault="00E4373B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373B">
              <w:rPr>
                <w:rFonts w:ascii="Calibri" w:hAnsi="Calibri" w:cs="Calibri"/>
                <w:sz w:val="24"/>
                <w:szCs w:val="24"/>
              </w:rPr>
              <w:t>8</w:t>
            </w:r>
            <w:r w:rsidR="001B47FC" w:rsidRPr="00E4373B">
              <w:rPr>
                <w:rFonts w:ascii="Calibri" w:hAnsi="Calibri" w:cs="Calibri"/>
                <w:sz w:val="24"/>
                <w:szCs w:val="24"/>
              </w:rPr>
              <w:t>=(</w:t>
            </w:r>
            <w:r w:rsidRPr="00E4373B">
              <w:rPr>
                <w:rFonts w:ascii="Calibri" w:hAnsi="Calibri" w:cs="Calibri"/>
                <w:sz w:val="24"/>
                <w:szCs w:val="24"/>
              </w:rPr>
              <w:t>3</w:t>
            </w:r>
            <w:r w:rsidR="001B47FC" w:rsidRPr="00E4373B">
              <w:rPr>
                <w:rFonts w:ascii="Calibri" w:hAnsi="Calibri" w:cs="Calibri"/>
                <w:sz w:val="24"/>
                <w:szCs w:val="24"/>
              </w:rPr>
              <w:t>x</w:t>
            </w:r>
            <w:r w:rsidRPr="00E4373B">
              <w:rPr>
                <w:rFonts w:ascii="Calibri" w:hAnsi="Calibri" w:cs="Calibri"/>
                <w:sz w:val="24"/>
                <w:szCs w:val="24"/>
              </w:rPr>
              <w:t>5</w:t>
            </w:r>
            <w:r w:rsidR="001B47FC" w:rsidRPr="00E4373B">
              <w:rPr>
                <w:rFonts w:ascii="Calibri" w:hAnsi="Calibri" w:cs="Calibri"/>
                <w:sz w:val="24"/>
                <w:szCs w:val="24"/>
              </w:rPr>
              <w:t>)x</w:t>
            </w:r>
            <w:r w:rsidRPr="00E4373B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</w:tr>
      <w:tr w:rsidR="0077628C" w:rsidRPr="009E3C84" w14:paraId="299F1FCC" w14:textId="77777777" w:rsidTr="001B47FC">
        <w:trPr>
          <w:cantSplit/>
          <w:jc w:val="center"/>
        </w:trPr>
        <w:tc>
          <w:tcPr>
            <w:tcW w:w="46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E9A8824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79659D06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Szkolenie „Zarządzanie stresem i przeciwdziałanie wypaleniu zawodowemu”</w:t>
            </w:r>
          </w:p>
        </w:tc>
        <w:tc>
          <w:tcPr>
            <w:tcW w:w="719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4A45E81D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245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76E680F7" w14:textId="17299DAC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8 h lekc</w:t>
            </w:r>
            <w:r w:rsidR="00D50B40" w:rsidRPr="009E3C84">
              <w:rPr>
                <w:rFonts w:ascii="Calibri" w:hAnsi="Calibri" w:cs="Calibri"/>
                <w:sz w:val="24"/>
                <w:szCs w:val="24"/>
              </w:rPr>
              <w:t>yjnych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3EE7B2C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EF7E8C6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7A9F110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D91B37B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628C" w:rsidRPr="009E3C84" w14:paraId="46C2557A" w14:textId="77777777" w:rsidTr="001B47FC">
        <w:trPr>
          <w:cantSplit/>
          <w:jc w:val="center"/>
        </w:trPr>
        <w:tc>
          <w:tcPr>
            <w:tcW w:w="46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8938BBB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F646EBC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Warsztat „Zdrowy kręgosłup”</w:t>
            </w:r>
          </w:p>
        </w:tc>
        <w:tc>
          <w:tcPr>
            <w:tcW w:w="719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AF8E80E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245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79EB3F0B" w14:textId="493C80F6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4 h lek</w:t>
            </w:r>
            <w:r w:rsidR="00D50B40" w:rsidRPr="009E3C84">
              <w:rPr>
                <w:rFonts w:ascii="Calibri" w:hAnsi="Calibri" w:cs="Calibri"/>
                <w:sz w:val="24"/>
                <w:szCs w:val="24"/>
              </w:rPr>
              <w:t>cyjnych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0DE80A8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2FA8A05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08DA540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5097460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628C" w:rsidRPr="009E3C84" w14:paraId="186B1DF6" w14:textId="77777777" w:rsidTr="001B47FC">
        <w:trPr>
          <w:cantSplit/>
          <w:jc w:val="center"/>
        </w:trPr>
        <w:tc>
          <w:tcPr>
            <w:tcW w:w="46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855F18E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4208BF6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Szkolenie „Komunikacja interpersonalna”</w:t>
            </w:r>
          </w:p>
        </w:tc>
        <w:tc>
          <w:tcPr>
            <w:tcW w:w="719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FA618C2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245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926543B" w14:textId="77777777" w:rsidR="00D50B40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 xml:space="preserve">8 h </w:t>
            </w:r>
          </w:p>
          <w:p w14:paraId="5210B3C0" w14:textId="5758F17C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lekc</w:t>
            </w:r>
            <w:r w:rsidR="00D50B40" w:rsidRPr="009E3C84">
              <w:rPr>
                <w:rFonts w:ascii="Calibri" w:hAnsi="Calibri" w:cs="Calibri"/>
                <w:sz w:val="24"/>
                <w:szCs w:val="24"/>
              </w:rPr>
              <w:t>yjnych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5CCAE88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785072D1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4151ACD8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7560AA1D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628C" w:rsidRPr="009E3C84" w14:paraId="33D9E777" w14:textId="77777777" w:rsidTr="001B47FC">
        <w:trPr>
          <w:cantSplit/>
          <w:jc w:val="center"/>
        </w:trPr>
        <w:tc>
          <w:tcPr>
            <w:tcW w:w="46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06930EB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E869D4F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Szkolenie „Asertywna obsługa klienta” - cz. 1</w:t>
            </w:r>
          </w:p>
        </w:tc>
        <w:tc>
          <w:tcPr>
            <w:tcW w:w="719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4D4DB5CB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D512968" w14:textId="77777777" w:rsidR="00D50B40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 xml:space="preserve">8 h </w:t>
            </w:r>
          </w:p>
          <w:p w14:paraId="3943FB46" w14:textId="78D616DB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lekc</w:t>
            </w:r>
            <w:r w:rsidR="00D50B40" w:rsidRPr="009E3C84">
              <w:rPr>
                <w:rFonts w:ascii="Calibri" w:hAnsi="Calibri" w:cs="Calibri"/>
                <w:sz w:val="24"/>
                <w:szCs w:val="24"/>
              </w:rPr>
              <w:t>yjnych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00B6DB2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17C0128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D453DEA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4650E15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628C" w:rsidRPr="009E3C84" w14:paraId="3F01347A" w14:textId="77777777" w:rsidTr="001B47FC">
        <w:trPr>
          <w:cantSplit/>
          <w:jc w:val="center"/>
        </w:trPr>
        <w:tc>
          <w:tcPr>
            <w:tcW w:w="46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49917DAC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D8F0739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Warsztat „Praktyczny trening asertywności” - cz. 2</w:t>
            </w:r>
          </w:p>
        </w:tc>
        <w:tc>
          <w:tcPr>
            <w:tcW w:w="719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3150A73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DA09AD1" w14:textId="77777777" w:rsidR="00D50B40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 xml:space="preserve">4 h </w:t>
            </w:r>
          </w:p>
          <w:p w14:paraId="793E9140" w14:textId="1148C4AE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lekc</w:t>
            </w:r>
            <w:r w:rsidR="00D50B40" w:rsidRPr="009E3C84">
              <w:rPr>
                <w:rFonts w:ascii="Calibri" w:hAnsi="Calibri" w:cs="Calibri"/>
                <w:sz w:val="24"/>
                <w:szCs w:val="24"/>
              </w:rPr>
              <w:t>yjnych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70573C48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DB0960F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5A7999AF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609BF6C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628C" w:rsidRPr="009E3C84" w14:paraId="48F9B946" w14:textId="77777777" w:rsidTr="001B47FC">
        <w:trPr>
          <w:cantSplit/>
          <w:jc w:val="center"/>
        </w:trPr>
        <w:tc>
          <w:tcPr>
            <w:tcW w:w="46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C470689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BD283EC" w14:textId="57D13294" w:rsidR="0077628C" w:rsidRPr="009E3C84" w:rsidRDefault="00234F91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Warsztat</w:t>
            </w:r>
            <w:r w:rsidR="002F42F4" w:rsidRPr="009E3C84">
              <w:rPr>
                <w:rFonts w:ascii="Calibri" w:hAnsi="Calibri" w:cs="Calibri"/>
                <w:sz w:val="24"/>
                <w:szCs w:val="24"/>
              </w:rPr>
              <w:t xml:space="preserve"> „Czynniki ergonomiczne w środowisku pracy”</w:t>
            </w:r>
          </w:p>
        </w:tc>
        <w:tc>
          <w:tcPr>
            <w:tcW w:w="719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61BB985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F0CD3E8" w14:textId="77777777" w:rsidR="00D50B40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 xml:space="preserve">4 h </w:t>
            </w:r>
          </w:p>
          <w:p w14:paraId="40A8F36A" w14:textId="21038CAE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lekc</w:t>
            </w:r>
            <w:r w:rsidR="00D50B40" w:rsidRPr="009E3C84">
              <w:rPr>
                <w:rFonts w:ascii="Calibri" w:hAnsi="Calibri" w:cs="Calibri"/>
                <w:sz w:val="24"/>
                <w:szCs w:val="24"/>
              </w:rPr>
              <w:t>yjnych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C8F0A04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680137F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7A78B305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378B663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7628C" w:rsidRPr="009E3C84" w14:paraId="51634813" w14:textId="77777777" w:rsidTr="001B47FC">
        <w:trPr>
          <w:cantSplit/>
          <w:jc w:val="center"/>
        </w:trPr>
        <w:tc>
          <w:tcPr>
            <w:tcW w:w="462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F458CF2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lastRenderedPageBreak/>
              <w:t>7</w:t>
            </w:r>
          </w:p>
        </w:tc>
        <w:tc>
          <w:tcPr>
            <w:tcW w:w="2438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A3CE394" w14:textId="5D681519" w:rsidR="0077628C" w:rsidRPr="009E3C84" w:rsidRDefault="00234F91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Warsztat</w:t>
            </w:r>
            <w:r w:rsidR="002F42F4" w:rsidRPr="009E3C84">
              <w:rPr>
                <w:rFonts w:ascii="Calibri" w:hAnsi="Calibri" w:cs="Calibri"/>
                <w:sz w:val="24"/>
                <w:szCs w:val="24"/>
              </w:rPr>
              <w:t xml:space="preserve"> „Czynniki psychospołeczne w środowisku pracy”</w:t>
            </w:r>
          </w:p>
        </w:tc>
        <w:tc>
          <w:tcPr>
            <w:tcW w:w="719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2CF35911" w14:textId="77777777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3C385866" w14:textId="77777777" w:rsidR="00D50B40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 xml:space="preserve">4 h </w:t>
            </w:r>
          </w:p>
          <w:p w14:paraId="0EACB2C7" w14:textId="09D10D0E" w:rsidR="0077628C" w:rsidRPr="009E3C84" w:rsidRDefault="002F42F4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sz w:val="24"/>
                <w:szCs w:val="24"/>
              </w:rPr>
              <w:t>lekc</w:t>
            </w:r>
            <w:r w:rsidR="00D50B40" w:rsidRPr="009E3C84">
              <w:rPr>
                <w:rFonts w:ascii="Calibri" w:hAnsi="Calibri" w:cs="Calibri"/>
                <w:sz w:val="24"/>
                <w:szCs w:val="24"/>
              </w:rPr>
              <w:t>yjnych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253285B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B3FD70B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7B298C5F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03FB0E61" w14:textId="77777777" w:rsidR="0077628C" w:rsidRPr="009E3C84" w:rsidRDefault="0077628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B47FC" w:rsidRPr="009E3C84" w14:paraId="24473F16" w14:textId="77777777" w:rsidTr="003616D1">
        <w:trPr>
          <w:cantSplit/>
          <w:jc w:val="center"/>
        </w:trPr>
        <w:tc>
          <w:tcPr>
            <w:tcW w:w="6878" w:type="dxa"/>
            <w:gridSpan w:val="6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10892284" w14:textId="560EE0FD" w:rsidR="001B47FC" w:rsidRPr="009E3C84" w:rsidRDefault="001B47F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3C84">
              <w:rPr>
                <w:rFonts w:ascii="Calibri" w:hAnsi="Calibri" w:cs="Calibri"/>
                <w:b/>
                <w:sz w:val="24"/>
                <w:szCs w:val="24"/>
              </w:rPr>
              <w:t>Łączna cena oferty netto / brutto</w:t>
            </w: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77FDDFEA" w14:textId="77777777" w:rsidR="001B47FC" w:rsidRPr="009E3C84" w:rsidRDefault="001B47F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6" w:space="0" w:color="6B7280"/>
              <w:left w:val="single" w:sz="6" w:space="0" w:color="6B7280"/>
              <w:bottom w:val="single" w:sz="6" w:space="0" w:color="6B7280"/>
              <w:right w:val="single" w:sz="6" w:space="0" w:color="6B7280"/>
            </w:tcBorders>
            <w:vAlign w:val="center"/>
          </w:tcPr>
          <w:p w14:paraId="61841C87" w14:textId="77777777" w:rsidR="001B47FC" w:rsidRPr="009E3C84" w:rsidRDefault="001B47FC" w:rsidP="006114BA">
            <w:pPr>
              <w:spacing w:after="0"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C313D95" w14:textId="7B008390" w:rsidR="00361234" w:rsidRPr="009E3C84" w:rsidRDefault="00D50B40" w:rsidP="006114BA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9E3C84">
        <w:rPr>
          <w:rFonts w:ascii="Calibri" w:hAnsi="Calibri" w:cs="Calibri"/>
          <w:b/>
          <w:sz w:val="24"/>
          <w:szCs w:val="24"/>
        </w:rPr>
        <w:t>*godzina lekcyjna = 45 minut</w:t>
      </w:r>
    </w:p>
    <w:p w14:paraId="12DCF14A" w14:textId="7DBC1485" w:rsidR="00361234" w:rsidRPr="009E3C84" w:rsidRDefault="005C06A6" w:rsidP="006114BA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Wartość</w:t>
      </w:r>
      <w:r w:rsidR="002F42F4" w:rsidRPr="009E3C84">
        <w:rPr>
          <w:rFonts w:ascii="Calibri" w:hAnsi="Calibri" w:cs="Calibri"/>
          <w:b/>
          <w:sz w:val="24"/>
          <w:szCs w:val="24"/>
        </w:rPr>
        <w:t xml:space="preserve"> ofer</w:t>
      </w:r>
      <w:r w:rsidR="00FD5414" w:rsidRPr="009E3C84">
        <w:rPr>
          <w:rFonts w:ascii="Calibri" w:hAnsi="Calibri" w:cs="Calibri"/>
          <w:b/>
          <w:sz w:val="24"/>
          <w:szCs w:val="24"/>
        </w:rPr>
        <w:t>t</w:t>
      </w:r>
      <w:r w:rsidR="00082DA4" w:rsidRPr="009E3C84">
        <w:rPr>
          <w:rFonts w:ascii="Calibri" w:hAnsi="Calibri" w:cs="Calibri"/>
          <w:b/>
          <w:sz w:val="24"/>
          <w:szCs w:val="24"/>
        </w:rPr>
        <w:t>y</w:t>
      </w:r>
      <w:r w:rsidR="002F42F4" w:rsidRPr="009E3C84">
        <w:rPr>
          <w:rFonts w:ascii="Calibri" w:hAnsi="Calibri" w:cs="Calibri"/>
          <w:b/>
          <w:sz w:val="24"/>
          <w:szCs w:val="24"/>
        </w:rPr>
        <w:t xml:space="preserve"> brutto słownie: </w:t>
      </w:r>
    </w:p>
    <w:p w14:paraId="35DB00B4" w14:textId="08146E6D" w:rsidR="0077628C" w:rsidRPr="009E3C84" w:rsidRDefault="002F42F4" w:rsidP="006114B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</w:t>
      </w:r>
    </w:p>
    <w:p w14:paraId="2DB6CFC9" w14:textId="77777777" w:rsidR="0077628C" w:rsidRPr="009E3C84" w:rsidRDefault="002F42F4" w:rsidP="006114BA">
      <w:pPr>
        <w:pStyle w:val="Nagwek1"/>
        <w:spacing w:before="240" w:after="120" w:line="276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9E3C84">
        <w:rPr>
          <w:rFonts w:ascii="Calibri" w:hAnsi="Calibri" w:cs="Calibri"/>
          <w:color w:val="auto"/>
          <w:sz w:val="24"/>
          <w:szCs w:val="24"/>
        </w:rPr>
        <w:t>3. Oświadczenia Wykonawcy</w:t>
      </w:r>
    </w:p>
    <w:p w14:paraId="594E160E" w14:textId="7CDF3E94" w:rsidR="0077628C" w:rsidRPr="009E3C84" w:rsidRDefault="002F42F4" w:rsidP="006114BA">
      <w:pPr>
        <w:pStyle w:val="Listapunktowana"/>
        <w:numPr>
          <w:ilvl w:val="0"/>
          <w:numId w:val="43"/>
        </w:numPr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Oświadczam, że zapoznałem/</w:t>
      </w:r>
      <w:proofErr w:type="spellStart"/>
      <w:r w:rsidRPr="009E3C84">
        <w:rPr>
          <w:rFonts w:ascii="Calibri" w:hAnsi="Calibri" w:cs="Calibri"/>
          <w:sz w:val="24"/>
          <w:szCs w:val="24"/>
        </w:rPr>
        <w:t>am</w:t>
      </w:r>
      <w:proofErr w:type="spellEnd"/>
      <w:r w:rsidRPr="009E3C84">
        <w:rPr>
          <w:rFonts w:ascii="Calibri" w:hAnsi="Calibri" w:cs="Calibri"/>
          <w:sz w:val="24"/>
          <w:szCs w:val="24"/>
        </w:rPr>
        <w:t xml:space="preserve"> się z treścią </w:t>
      </w:r>
      <w:r w:rsidR="000F6BB8" w:rsidRPr="009E3C84">
        <w:rPr>
          <w:rFonts w:ascii="Calibri" w:hAnsi="Calibri" w:cs="Calibri"/>
          <w:sz w:val="24"/>
          <w:szCs w:val="24"/>
        </w:rPr>
        <w:t>warunków zamówienia</w:t>
      </w:r>
      <w:r w:rsidRPr="009E3C84">
        <w:rPr>
          <w:rFonts w:ascii="Calibri" w:hAnsi="Calibri" w:cs="Calibri"/>
          <w:sz w:val="24"/>
          <w:szCs w:val="24"/>
        </w:rPr>
        <w:t xml:space="preserve"> i załącznikami oraz akceptuję ich postanowienia bez zastrzeżeń.</w:t>
      </w:r>
    </w:p>
    <w:p w14:paraId="23B0EE3B" w14:textId="77777777" w:rsidR="0077628C" w:rsidRPr="009E3C84" w:rsidRDefault="002F42F4" w:rsidP="006114BA">
      <w:pPr>
        <w:pStyle w:val="Listapunktowana"/>
        <w:numPr>
          <w:ilvl w:val="0"/>
          <w:numId w:val="43"/>
        </w:numPr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Oświadczam, że cena wskazana w ofercie obejmuje wszystkie koszty niezbędne do prawidłowego wykonania przedmiotu zamówienia.</w:t>
      </w:r>
    </w:p>
    <w:p w14:paraId="0444A548" w14:textId="33E52CD2" w:rsidR="00472262" w:rsidRPr="009E3C84" w:rsidRDefault="002F42F4" w:rsidP="006114BA">
      <w:pPr>
        <w:pStyle w:val="Listapunktowana"/>
        <w:numPr>
          <w:ilvl w:val="0"/>
          <w:numId w:val="43"/>
        </w:numPr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Oświadczam, że dysponuję osobami zdolnymi do wykonania zamówienia</w:t>
      </w:r>
      <w:r w:rsidR="0093462D" w:rsidRPr="009E3C84">
        <w:rPr>
          <w:rFonts w:ascii="Calibri" w:hAnsi="Calibri" w:cs="Calibri"/>
          <w:sz w:val="24"/>
          <w:szCs w:val="24"/>
        </w:rPr>
        <w:t xml:space="preserve"> -</w:t>
      </w:r>
      <w:r w:rsidRPr="009E3C84">
        <w:rPr>
          <w:rFonts w:ascii="Calibri" w:hAnsi="Calibri" w:cs="Calibri"/>
          <w:sz w:val="24"/>
          <w:szCs w:val="24"/>
        </w:rPr>
        <w:t xml:space="preserve"> </w:t>
      </w:r>
      <w:r w:rsidR="000F6BB8" w:rsidRPr="009E3C84">
        <w:rPr>
          <w:rFonts w:ascii="Calibri" w:hAnsi="Calibri" w:cs="Calibri"/>
          <w:sz w:val="24"/>
          <w:szCs w:val="24"/>
        </w:rPr>
        <w:t xml:space="preserve">trenerzy </w:t>
      </w:r>
      <w:r w:rsidRPr="009E3C84">
        <w:rPr>
          <w:rFonts w:ascii="Calibri" w:hAnsi="Calibri" w:cs="Calibri"/>
          <w:sz w:val="24"/>
          <w:szCs w:val="24"/>
        </w:rPr>
        <w:t>posiadają</w:t>
      </w:r>
      <w:r w:rsidR="00961B0A" w:rsidRPr="009E3C84">
        <w:rPr>
          <w:rFonts w:ascii="Calibri" w:hAnsi="Calibri" w:cs="Calibri"/>
          <w:sz w:val="24"/>
          <w:szCs w:val="24"/>
        </w:rPr>
        <w:t xml:space="preserve"> co najmniej </w:t>
      </w:r>
      <w:r w:rsidR="000F6BB8" w:rsidRPr="009E3C84">
        <w:rPr>
          <w:rFonts w:ascii="Calibri" w:hAnsi="Calibri" w:cs="Calibri"/>
          <w:sz w:val="24"/>
          <w:szCs w:val="24"/>
        </w:rPr>
        <w:t>2-letnie doświadczenie</w:t>
      </w:r>
      <w:r w:rsidR="00961B0A" w:rsidRPr="009E3C84">
        <w:rPr>
          <w:rFonts w:ascii="Calibri" w:hAnsi="Calibri" w:cs="Calibri"/>
          <w:sz w:val="24"/>
          <w:szCs w:val="24"/>
        </w:rPr>
        <w:t xml:space="preserve"> w prowadzeniu szkoleń</w:t>
      </w:r>
      <w:r w:rsidR="005C06A6">
        <w:rPr>
          <w:rFonts w:ascii="Calibri" w:hAnsi="Calibri" w:cs="Calibri"/>
          <w:sz w:val="24"/>
          <w:szCs w:val="24"/>
        </w:rPr>
        <w:t xml:space="preserve"> i </w:t>
      </w:r>
      <w:r w:rsidR="00961B0A" w:rsidRPr="009E3C84">
        <w:rPr>
          <w:rFonts w:ascii="Calibri" w:hAnsi="Calibri" w:cs="Calibri"/>
          <w:sz w:val="24"/>
          <w:szCs w:val="24"/>
        </w:rPr>
        <w:t>warsztatów grupowych</w:t>
      </w:r>
      <w:r w:rsidR="009661B9" w:rsidRPr="009E3C84">
        <w:rPr>
          <w:rFonts w:ascii="Calibri" w:hAnsi="Calibri" w:cs="Calibri"/>
          <w:sz w:val="24"/>
          <w:szCs w:val="24"/>
        </w:rPr>
        <w:t>, których tematyka jest zbieżna merytorycznie z przedmiotem zamówienia</w:t>
      </w:r>
      <w:r w:rsidR="00DD0DCC" w:rsidRPr="009E3C84">
        <w:rPr>
          <w:rFonts w:ascii="Calibri" w:hAnsi="Calibri" w:cs="Calibri"/>
          <w:sz w:val="24"/>
          <w:szCs w:val="24"/>
        </w:rPr>
        <w:t>.</w:t>
      </w:r>
    </w:p>
    <w:p w14:paraId="40429C40" w14:textId="7BB2293D" w:rsidR="000F6BB8" w:rsidRPr="009E3C84" w:rsidRDefault="002F42F4" w:rsidP="006114BA">
      <w:pPr>
        <w:pStyle w:val="Listapunktowana"/>
        <w:numPr>
          <w:ilvl w:val="0"/>
          <w:numId w:val="43"/>
        </w:numPr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="000F6BB8" w:rsidRPr="009E3C84">
        <w:rPr>
          <w:rFonts w:ascii="Calibri" w:hAnsi="Calibri" w:cs="Calibri"/>
          <w:sz w:val="24"/>
          <w:szCs w:val="24"/>
        </w:rPr>
        <w:t xml:space="preserve"> (t.j.Dz.U.2025.514 ze zm.). </w:t>
      </w:r>
    </w:p>
    <w:p w14:paraId="523A11E7" w14:textId="77777777" w:rsidR="0077628C" w:rsidRDefault="002F42F4" w:rsidP="006114BA">
      <w:pPr>
        <w:pStyle w:val="Listapunktowana"/>
        <w:numPr>
          <w:ilvl w:val="0"/>
          <w:numId w:val="43"/>
        </w:numPr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  <w:r w:rsidRPr="009E3C84">
        <w:rPr>
          <w:rFonts w:ascii="Calibri" w:hAnsi="Calibri" w:cs="Calibri"/>
          <w:sz w:val="24"/>
          <w:szCs w:val="24"/>
        </w:rPr>
        <w:t>Oświadczam, że pozostaję związany/a ofertą przez okres 30 dni od dnia upływu terminu składania ofert.</w:t>
      </w:r>
    </w:p>
    <w:p w14:paraId="38D7C228" w14:textId="08E13EE8" w:rsidR="000A7FA3" w:rsidRPr="000A7FA3" w:rsidRDefault="000A7FA3" w:rsidP="000A7FA3">
      <w:pPr>
        <w:numPr>
          <w:ilvl w:val="0"/>
          <w:numId w:val="43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0A7FA3">
        <w:rPr>
          <w:rFonts w:ascii="Calibri" w:hAnsi="Calibri" w:cs="Calibri"/>
          <w:sz w:val="24"/>
          <w:szCs w:val="24"/>
        </w:rPr>
        <w:t xml:space="preserve">Oświadczam, że </w:t>
      </w:r>
      <w:r w:rsidRPr="000A7FA3">
        <w:rPr>
          <w:rFonts w:ascii="Calibri" w:hAnsi="Calibri" w:cs="Calibri"/>
          <w:sz w:val="24"/>
          <w:szCs w:val="24"/>
        </w:rPr>
        <w:t>wypełniłem obowiązki informacyjne przewidziane w art. 13 lub art. 14 RODO*</w:t>
      </w:r>
      <w:r w:rsidRPr="000A7FA3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Pr="000A7FA3">
        <w:rPr>
          <w:rFonts w:ascii="Calibri" w:hAnsi="Calibri" w:cs="Calibri"/>
          <w:sz w:val="24"/>
          <w:szCs w:val="24"/>
        </w:rPr>
        <w:t>wobec osób fizycznych, od których dane osobowe bezpośrednio lub pośrednio pozyskałem w celu ubiegania się o udzielenie zamówienia publicznego w niniejszym postępowaniu**.</w:t>
      </w:r>
    </w:p>
    <w:p w14:paraId="48404662" w14:textId="77777777" w:rsidR="000A7FA3" w:rsidRPr="00060F15" w:rsidRDefault="000A7FA3" w:rsidP="000A7FA3">
      <w:pPr>
        <w:ind w:left="708"/>
        <w:rPr>
          <w:rFonts w:ascii="Trebuchet MS" w:hAnsi="Trebuchet MS"/>
          <w:bCs/>
          <w:i/>
          <w:sz w:val="16"/>
          <w:szCs w:val="16"/>
        </w:rPr>
      </w:pPr>
      <w:r w:rsidRPr="00060F15">
        <w:rPr>
          <w:rFonts w:ascii="Trebuchet MS" w:hAnsi="Trebuchet MS"/>
          <w:bCs/>
          <w:i/>
          <w:sz w:val="16"/>
          <w:szCs w:val="16"/>
        </w:rPr>
        <w:t xml:space="preserve">(*)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72983B3C" w14:textId="4436F1C5" w:rsidR="00BD0D20" w:rsidRPr="000A7FA3" w:rsidRDefault="000A7FA3" w:rsidP="000A7FA3">
      <w:pPr>
        <w:ind w:left="708"/>
        <w:rPr>
          <w:rFonts w:ascii="Trebuchet MS" w:hAnsi="Trebuchet MS"/>
          <w:bCs/>
          <w:i/>
          <w:sz w:val="16"/>
          <w:szCs w:val="16"/>
        </w:rPr>
      </w:pPr>
      <w:r w:rsidRPr="00060F15">
        <w:rPr>
          <w:rFonts w:ascii="Trebuchet MS" w:hAnsi="Trebuchet MS"/>
          <w:bCs/>
          <w:i/>
          <w:sz w:val="16"/>
          <w:szCs w:val="16"/>
        </w:rPr>
        <w:t>(**)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3753D22" w14:textId="77777777" w:rsidR="00BD0D20" w:rsidRPr="009E3C84" w:rsidRDefault="00BD0D20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</w:p>
    <w:p w14:paraId="6DA75181" w14:textId="77777777" w:rsidR="00BD0D20" w:rsidRPr="009E3C84" w:rsidRDefault="00BD0D20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</w:p>
    <w:p w14:paraId="23107437" w14:textId="77777777" w:rsidR="00BD0D20" w:rsidRPr="009E3C84" w:rsidRDefault="00BD0D20" w:rsidP="006114BA">
      <w:pPr>
        <w:pStyle w:val="Listapunktowana"/>
        <w:spacing w:after="40" w:line="276" w:lineRule="auto"/>
        <w:jc w:val="both"/>
        <w:rPr>
          <w:rFonts w:ascii="Calibri" w:hAnsi="Calibri" w:cs="Calibri"/>
          <w:sz w:val="24"/>
          <w:szCs w:val="24"/>
        </w:rPr>
      </w:pPr>
    </w:p>
    <w:sectPr w:rsidR="00BD0D20" w:rsidRPr="009E3C84" w:rsidSect="006C6F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851" w:right="1418" w:bottom="851" w:left="1418" w:header="22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2AF13" w14:textId="77777777" w:rsidR="009579B6" w:rsidRPr="00DC0C83" w:rsidRDefault="009579B6">
      <w:pPr>
        <w:spacing w:after="0" w:line="240" w:lineRule="auto"/>
      </w:pPr>
      <w:r w:rsidRPr="00DC0C83">
        <w:separator/>
      </w:r>
    </w:p>
  </w:endnote>
  <w:endnote w:type="continuationSeparator" w:id="0">
    <w:p w14:paraId="19F20388" w14:textId="77777777" w:rsidR="009579B6" w:rsidRPr="00DC0C83" w:rsidRDefault="009579B6">
      <w:pPr>
        <w:spacing w:after="0" w:line="240" w:lineRule="auto"/>
      </w:pPr>
      <w:r w:rsidRPr="00DC0C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A94A" w14:textId="77777777" w:rsidR="00337F31" w:rsidRDefault="00337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5770F" w14:textId="77777777" w:rsidR="0077628C" w:rsidRPr="00DC0C83" w:rsidRDefault="002F42F4">
    <w:pPr>
      <w:pStyle w:val="Stopka"/>
      <w:jc w:val="right"/>
    </w:pPr>
    <w:r w:rsidRPr="00DC0C83">
      <w:rPr>
        <w:sz w:val="18"/>
      </w:rPr>
      <w:t xml:space="preserve">Strona </w:t>
    </w:r>
    <w:r w:rsidRPr="00DC0C83">
      <w:rPr>
        <w:sz w:val="18"/>
      </w:rPr>
      <w:fldChar w:fldCharType="begin"/>
    </w:r>
    <w:r w:rsidRPr="00DC0C83">
      <w:rPr>
        <w:sz w:val="18"/>
      </w:rPr>
      <w:instrText>PAGE</w:instrText>
    </w:r>
    <w:r w:rsidRPr="00DC0C83">
      <w:rPr>
        <w:sz w:val="18"/>
      </w:rPr>
      <w:fldChar w:fldCharType="separate"/>
    </w:r>
    <w:r w:rsidR="0033589A" w:rsidRPr="00DC0C83">
      <w:rPr>
        <w:sz w:val="18"/>
      </w:rPr>
      <w:t>1</w:t>
    </w:r>
    <w:r w:rsidRPr="00DC0C83">
      <w:rPr>
        <w:sz w:val="18"/>
      </w:rPr>
      <w:fldChar w:fldCharType="end"/>
    </w:r>
    <w:r w:rsidRPr="00DC0C83">
      <w:rPr>
        <w:sz w:val="18"/>
      </w:rPr>
      <w:t xml:space="preserve"> z </w:t>
    </w:r>
    <w:r w:rsidRPr="00DC0C83">
      <w:rPr>
        <w:sz w:val="18"/>
      </w:rPr>
      <w:fldChar w:fldCharType="begin"/>
    </w:r>
    <w:r w:rsidRPr="00DC0C83">
      <w:rPr>
        <w:sz w:val="18"/>
      </w:rPr>
      <w:instrText>NUMPAGES</w:instrText>
    </w:r>
    <w:r w:rsidRPr="00DC0C83">
      <w:rPr>
        <w:sz w:val="18"/>
      </w:rPr>
      <w:fldChar w:fldCharType="separate"/>
    </w:r>
    <w:r w:rsidR="0033589A" w:rsidRPr="00DC0C83">
      <w:rPr>
        <w:sz w:val="18"/>
      </w:rPr>
      <w:t>2</w:t>
    </w:r>
    <w:r w:rsidRPr="00DC0C83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BA41F" w14:textId="77777777" w:rsidR="00337F31" w:rsidRDefault="00337F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0865F" w14:textId="77777777" w:rsidR="009579B6" w:rsidRPr="00DC0C83" w:rsidRDefault="009579B6">
      <w:pPr>
        <w:spacing w:after="0" w:line="240" w:lineRule="auto"/>
      </w:pPr>
      <w:r w:rsidRPr="00DC0C83">
        <w:separator/>
      </w:r>
    </w:p>
  </w:footnote>
  <w:footnote w:type="continuationSeparator" w:id="0">
    <w:p w14:paraId="23D3A271" w14:textId="77777777" w:rsidR="009579B6" w:rsidRPr="00DC0C83" w:rsidRDefault="009579B6">
      <w:pPr>
        <w:spacing w:after="0" w:line="240" w:lineRule="auto"/>
      </w:pPr>
      <w:r w:rsidRPr="00DC0C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42ED" w14:textId="77777777" w:rsidR="00337F31" w:rsidRDefault="00337F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990C8" w14:textId="77777777" w:rsidR="0077628C" w:rsidRPr="00DC0C83" w:rsidRDefault="002F42F4">
    <w:pPr>
      <w:pStyle w:val="Nagwek"/>
      <w:jc w:val="center"/>
    </w:pPr>
    <w:r w:rsidRPr="00DC0C83">
      <w:rPr>
        <w:noProof/>
      </w:rPr>
      <w:drawing>
        <wp:inline distT="0" distB="0" distL="0" distR="0" wp14:anchorId="268CED49" wp14:editId="0777E1B7">
          <wp:extent cx="6120000" cy="770667"/>
          <wp:effectExtent l="0" t="0" r="0" b="0"/>
          <wp:docPr id="3351148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000" cy="77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64AC6" w14:textId="77777777" w:rsidR="00337F31" w:rsidRDefault="00337F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25D63E2"/>
    <w:multiLevelType w:val="hybridMultilevel"/>
    <w:tmpl w:val="3D1E0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35353B"/>
    <w:multiLevelType w:val="hybridMultilevel"/>
    <w:tmpl w:val="A448F5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952D50"/>
    <w:multiLevelType w:val="hybridMultilevel"/>
    <w:tmpl w:val="369C6E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9B7301"/>
    <w:multiLevelType w:val="hybridMultilevel"/>
    <w:tmpl w:val="8196F100"/>
    <w:lvl w:ilvl="0" w:tplc="DFA68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DA5BC4"/>
    <w:multiLevelType w:val="hybridMultilevel"/>
    <w:tmpl w:val="9FECD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09D4F2B"/>
    <w:multiLevelType w:val="hybridMultilevel"/>
    <w:tmpl w:val="077A0D8A"/>
    <w:lvl w:ilvl="0" w:tplc="D71A9D1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717E3"/>
    <w:multiLevelType w:val="hybridMultilevel"/>
    <w:tmpl w:val="F1BAFC08"/>
    <w:lvl w:ilvl="0" w:tplc="D452D1C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D93E91"/>
    <w:multiLevelType w:val="hybridMultilevel"/>
    <w:tmpl w:val="CF741F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2CB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206CFE"/>
    <w:multiLevelType w:val="hybridMultilevel"/>
    <w:tmpl w:val="2034B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F65FDA"/>
    <w:multiLevelType w:val="multilevel"/>
    <w:tmpl w:val="7D140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4E800C7"/>
    <w:multiLevelType w:val="hybridMultilevel"/>
    <w:tmpl w:val="DA5824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B5401"/>
    <w:multiLevelType w:val="hybridMultilevel"/>
    <w:tmpl w:val="5CA47406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D0733C"/>
    <w:multiLevelType w:val="hybridMultilevel"/>
    <w:tmpl w:val="26642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DA59BB"/>
    <w:multiLevelType w:val="hybridMultilevel"/>
    <w:tmpl w:val="DECCC014"/>
    <w:lvl w:ilvl="0" w:tplc="3C62F980">
      <w:start w:val="1"/>
      <w:numFmt w:val="decimal"/>
      <w:lvlText w:val="%1."/>
      <w:lvlJc w:val="left"/>
      <w:pPr>
        <w:ind w:left="785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7">
      <w:start w:val="1"/>
      <w:numFmt w:val="lowerLetter"/>
      <w:lvlText w:val="%2)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32103EE2"/>
    <w:multiLevelType w:val="hybridMultilevel"/>
    <w:tmpl w:val="45763BDE"/>
    <w:lvl w:ilvl="0" w:tplc="323C7CD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5A2499D"/>
    <w:multiLevelType w:val="hybridMultilevel"/>
    <w:tmpl w:val="A20C1EA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35D57BDD"/>
    <w:multiLevelType w:val="hybridMultilevel"/>
    <w:tmpl w:val="29C83F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5A0948"/>
    <w:multiLevelType w:val="hybridMultilevel"/>
    <w:tmpl w:val="90C69E3E"/>
    <w:lvl w:ilvl="0" w:tplc="918AC372"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465632"/>
    <w:multiLevelType w:val="hybridMultilevel"/>
    <w:tmpl w:val="FB8E0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154AE8"/>
    <w:multiLevelType w:val="hybridMultilevel"/>
    <w:tmpl w:val="9F3C35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B53D13"/>
    <w:multiLevelType w:val="hybridMultilevel"/>
    <w:tmpl w:val="8D56B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5501EF"/>
    <w:multiLevelType w:val="hybridMultilevel"/>
    <w:tmpl w:val="C742B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020426"/>
    <w:multiLevelType w:val="hybridMultilevel"/>
    <w:tmpl w:val="2A5EDFA0"/>
    <w:lvl w:ilvl="0" w:tplc="8544F52E">
      <w:start w:val="3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3343B"/>
    <w:multiLevelType w:val="hybridMultilevel"/>
    <w:tmpl w:val="641AC7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011C7"/>
    <w:multiLevelType w:val="hybridMultilevel"/>
    <w:tmpl w:val="696A5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2734CD"/>
    <w:multiLevelType w:val="hybridMultilevel"/>
    <w:tmpl w:val="ADDE94F2"/>
    <w:lvl w:ilvl="0" w:tplc="323C7CD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8FC4EF52">
      <w:start w:val="1"/>
      <w:numFmt w:val="decimal"/>
      <w:lvlText w:val="%2."/>
      <w:lvlJc w:val="left"/>
      <w:pPr>
        <w:ind w:left="785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B177B0"/>
    <w:multiLevelType w:val="hybridMultilevel"/>
    <w:tmpl w:val="47CA64C0"/>
    <w:lvl w:ilvl="0" w:tplc="D9762F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D117DC"/>
    <w:multiLevelType w:val="hybridMultilevel"/>
    <w:tmpl w:val="2A1E2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B7424"/>
    <w:multiLevelType w:val="hybridMultilevel"/>
    <w:tmpl w:val="3A0EACAC"/>
    <w:lvl w:ilvl="0" w:tplc="B83ECA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C6851"/>
    <w:multiLevelType w:val="hybridMultilevel"/>
    <w:tmpl w:val="6136D6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F5D5E8D"/>
    <w:multiLevelType w:val="hybridMultilevel"/>
    <w:tmpl w:val="6566878A"/>
    <w:lvl w:ilvl="0" w:tplc="A030C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554378">
    <w:abstractNumId w:val="8"/>
  </w:num>
  <w:num w:numId="2" w16cid:durableId="590436442">
    <w:abstractNumId w:val="6"/>
  </w:num>
  <w:num w:numId="3" w16cid:durableId="152334568">
    <w:abstractNumId w:val="5"/>
  </w:num>
  <w:num w:numId="4" w16cid:durableId="1281231390">
    <w:abstractNumId w:val="4"/>
  </w:num>
  <w:num w:numId="5" w16cid:durableId="337781212">
    <w:abstractNumId w:val="7"/>
  </w:num>
  <w:num w:numId="6" w16cid:durableId="2097289465">
    <w:abstractNumId w:val="3"/>
  </w:num>
  <w:num w:numId="7" w16cid:durableId="758675911">
    <w:abstractNumId w:val="2"/>
  </w:num>
  <w:num w:numId="8" w16cid:durableId="1671134151">
    <w:abstractNumId w:val="1"/>
  </w:num>
  <w:num w:numId="9" w16cid:durableId="338968858">
    <w:abstractNumId w:val="0"/>
  </w:num>
  <w:num w:numId="10" w16cid:durableId="264772928">
    <w:abstractNumId w:val="13"/>
  </w:num>
  <w:num w:numId="11" w16cid:durableId="1756825634">
    <w:abstractNumId w:val="16"/>
  </w:num>
  <w:num w:numId="12" w16cid:durableId="713771490">
    <w:abstractNumId w:val="25"/>
  </w:num>
  <w:num w:numId="13" w16cid:durableId="296112679">
    <w:abstractNumId w:val="28"/>
  </w:num>
  <w:num w:numId="14" w16cid:durableId="1773040483">
    <w:abstractNumId w:val="35"/>
  </w:num>
  <w:num w:numId="15" w16cid:durableId="651180376">
    <w:abstractNumId w:val="41"/>
  </w:num>
  <w:num w:numId="16" w16cid:durableId="853032221">
    <w:abstractNumId w:val="20"/>
  </w:num>
  <w:num w:numId="17" w16cid:durableId="811488144">
    <w:abstractNumId w:val="9"/>
  </w:num>
  <w:num w:numId="18" w16cid:durableId="1263489636">
    <w:abstractNumId w:val="38"/>
  </w:num>
  <w:num w:numId="19" w16cid:durableId="205217365">
    <w:abstractNumId w:val="24"/>
  </w:num>
  <w:num w:numId="20" w16cid:durableId="450629416">
    <w:abstractNumId w:val="32"/>
  </w:num>
  <w:num w:numId="21" w16cid:durableId="439299690">
    <w:abstractNumId w:val="22"/>
  </w:num>
  <w:num w:numId="22" w16cid:durableId="1231383802">
    <w:abstractNumId w:val="15"/>
  </w:num>
  <w:num w:numId="23" w16cid:durableId="1965304999">
    <w:abstractNumId w:val="26"/>
  </w:num>
  <w:num w:numId="24" w16cid:durableId="1842157095">
    <w:abstractNumId w:val="14"/>
  </w:num>
  <w:num w:numId="25" w16cid:durableId="1771730425">
    <w:abstractNumId w:val="36"/>
  </w:num>
  <w:num w:numId="26" w16cid:durableId="1575775238">
    <w:abstractNumId w:val="39"/>
  </w:num>
  <w:num w:numId="27" w16cid:durableId="1001657965">
    <w:abstractNumId w:val="12"/>
  </w:num>
  <w:num w:numId="28" w16cid:durableId="1625771312">
    <w:abstractNumId w:val="42"/>
  </w:num>
  <w:num w:numId="29" w16cid:durableId="315456271">
    <w:abstractNumId w:val="30"/>
  </w:num>
  <w:num w:numId="30" w16cid:durableId="45448160">
    <w:abstractNumId w:val="10"/>
  </w:num>
  <w:num w:numId="31" w16cid:durableId="2058041410">
    <w:abstractNumId w:val="11"/>
  </w:num>
  <w:num w:numId="32" w16cid:durableId="623511023">
    <w:abstractNumId w:val="43"/>
  </w:num>
  <w:num w:numId="33" w16cid:durableId="1391076040">
    <w:abstractNumId w:val="40"/>
  </w:num>
  <w:num w:numId="34" w16cid:durableId="1986080288">
    <w:abstractNumId w:val="23"/>
  </w:num>
  <w:num w:numId="35" w16cid:durableId="1979526436">
    <w:abstractNumId w:val="37"/>
  </w:num>
  <w:num w:numId="36" w16cid:durableId="102464777">
    <w:abstractNumId w:val="19"/>
  </w:num>
  <w:num w:numId="37" w16cid:durableId="160196044">
    <w:abstractNumId w:val="17"/>
  </w:num>
  <w:num w:numId="38" w16cid:durableId="67002885">
    <w:abstractNumId w:val="21"/>
  </w:num>
  <w:num w:numId="39" w16cid:durableId="1665430159">
    <w:abstractNumId w:val="27"/>
  </w:num>
  <w:num w:numId="40" w16cid:durableId="147718685">
    <w:abstractNumId w:val="33"/>
  </w:num>
  <w:num w:numId="41" w16cid:durableId="889659041">
    <w:abstractNumId w:val="29"/>
  </w:num>
  <w:num w:numId="42" w16cid:durableId="1870602173">
    <w:abstractNumId w:val="31"/>
  </w:num>
  <w:num w:numId="43" w16cid:durableId="67971016">
    <w:abstractNumId w:val="34"/>
  </w:num>
  <w:num w:numId="44" w16cid:durableId="12636880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605"/>
    <w:rsid w:val="00034616"/>
    <w:rsid w:val="0006063C"/>
    <w:rsid w:val="00065925"/>
    <w:rsid w:val="00071039"/>
    <w:rsid w:val="0008174F"/>
    <w:rsid w:val="00082DA4"/>
    <w:rsid w:val="000A7FA3"/>
    <w:rsid w:val="000C1D56"/>
    <w:rsid w:val="000D20D8"/>
    <w:rsid w:val="000F6BB8"/>
    <w:rsid w:val="00137086"/>
    <w:rsid w:val="0015074B"/>
    <w:rsid w:val="00176A9C"/>
    <w:rsid w:val="001B47FC"/>
    <w:rsid w:val="001D0187"/>
    <w:rsid w:val="001E0D30"/>
    <w:rsid w:val="001E6574"/>
    <w:rsid w:val="00234F91"/>
    <w:rsid w:val="00245796"/>
    <w:rsid w:val="00247E64"/>
    <w:rsid w:val="00257A90"/>
    <w:rsid w:val="0029639D"/>
    <w:rsid w:val="002971A0"/>
    <w:rsid w:val="002C51C9"/>
    <w:rsid w:val="002C5DA8"/>
    <w:rsid w:val="002D4236"/>
    <w:rsid w:val="002F241F"/>
    <w:rsid w:val="002F42F4"/>
    <w:rsid w:val="00312CEC"/>
    <w:rsid w:val="00326F90"/>
    <w:rsid w:val="0033589A"/>
    <w:rsid w:val="00337F31"/>
    <w:rsid w:val="00361234"/>
    <w:rsid w:val="0036308A"/>
    <w:rsid w:val="00366C2C"/>
    <w:rsid w:val="00387514"/>
    <w:rsid w:val="003C312A"/>
    <w:rsid w:val="003F5544"/>
    <w:rsid w:val="004104D9"/>
    <w:rsid w:val="00472262"/>
    <w:rsid w:val="00477A96"/>
    <w:rsid w:val="0049627C"/>
    <w:rsid w:val="00502B93"/>
    <w:rsid w:val="00515044"/>
    <w:rsid w:val="00546781"/>
    <w:rsid w:val="00562BCE"/>
    <w:rsid w:val="00572AF7"/>
    <w:rsid w:val="005818AF"/>
    <w:rsid w:val="005C06A6"/>
    <w:rsid w:val="005C1D5D"/>
    <w:rsid w:val="005E1060"/>
    <w:rsid w:val="005E7A04"/>
    <w:rsid w:val="006114BA"/>
    <w:rsid w:val="00617218"/>
    <w:rsid w:val="00620D5C"/>
    <w:rsid w:val="006523CC"/>
    <w:rsid w:val="006A21B0"/>
    <w:rsid w:val="006C6F9F"/>
    <w:rsid w:val="0070360B"/>
    <w:rsid w:val="007234BC"/>
    <w:rsid w:val="007708E0"/>
    <w:rsid w:val="0077628C"/>
    <w:rsid w:val="00831943"/>
    <w:rsid w:val="00835D72"/>
    <w:rsid w:val="00860F7A"/>
    <w:rsid w:val="00884D0E"/>
    <w:rsid w:val="00890601"/>
    <w:rsid w:val="008A49B4"/>
    <w:rsid w:val="008E267F"/>
    <w:rsid w:val="009264AD"/>
    <w:rsid w:val="00930917"/>
    <w:rsid w:val="0093462D"/>
    <w:rsid w:val="009579B6"/>
    <w:rsid w:val="00961B0A"/>
    <w:rsid w:val="009661B9"/>
    <w:rsid w:val="00970B7B"/>
    <w:rsid w:val="009713C0"/>
    <w:rsid w:val="009C2244"/>
    <w:rsid w:val="009C2FDD"/>
    <w:rsid w:val="009E3C84"/>
    <w:rsid w:val="00A021A0"/>
    <w:rsid w:val="00AA1D8D"/>
    <w:rsid w:val="00AA4A23"/>
    <w:rsid w:val="00AF55D4"/>
    <w:rsid w:val="00B47730"/>
    <w:rsid w:val="00B96378"/>
    <w:rsid w:val="00BA4F33"/>
    <w:rsid w:val="00BD0D20"/>
    <w:rsid w:val="00BE517B"/>
    <w:rsid w:val="00C26D4C"/>
    <w:rsid w:val="00C542BE"/>
    <w:rsid w:val="00C565FE"/>
    <w:rsid w:val="00CA4189"/>
    <w:rsid w:val="00CB0664"/>
    <w:rsid w:val="00CB27B0"/>
    <w:rsid w:val="00D3014E"/>
    <w:rsid w:val="00D33671"/>
    <w:rsid w:val="00D44988"/>
    <w:rsid w:val="00D50B40"/>
    <w:rsid w:val="00D56C06"/>
    <w:rsid w:val="00DC0C83"/>
    <w:rsid w:val="00DD0DCC"/>
    <w:rsid w:val="00DE63EF"/>
    <w:rsid w:val="00E32CA0"/>
    <w:rsid w:val="00E33D08"/>
    <w:rsid w:val="00E4373B"/>
    <w:rsid w:val="00E47FB6"/>
    <w:rsid w:val="00E52968"/>
    <w:rsid w:val="00E81F29"/>
    <w:rsid w:val="00E82C48"/>
    <w:rsid w:val="00E853C7"/>
    <w:rsid w:val="00E931E1"/>
    <w:rsid w:val="00EA66F9"/>
    <w:rsid w:val="00F3041E"/>
    <w:rsid w:val="00F70248"/>
    <w:rsid w:val="00F76DB4"/>
    <w:rsid w:val="00F97459"/>
    <w:rsid w:val="00FA0189"/>
    <w:rsid w:val="00FC693F"/>
    <w:rsid w:val="00FD5414"/>
    <w:rsid w:val="00FF2FC3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7E284"/>
  <w14:defaultImageDpi w14:val="300"/>
  <w15:docId w15:val="{4FE006C3-D147-4D76-B3E4-B784FF2F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89A"/>
    <w:pPr>
      <w:spacing w:after="120" w:line="259" w:lineRule="auto"/>
    </w:pPr>
    <w:rPr>
      <w:rFonts w:ascii="Arial" w:eastAsia="Arial" w:hAnsi="Arial"/>
      <w:sz w:val="20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2D423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4236"/>
    <w:rPr>
      <w:color w:val="605E5C"/>
      <w:shd w:val="clear" w:color="auto" w:fill="E1DFDD"/>
    </w:r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qFormat/>
    <w:locked/>
    <w:rsid w:val="001E0D30"/>
    <w:rPr>
      <w:rFonts w:ascii="Arial" w:eastAsia="Arial" w:hAnsi="Arial"/>
      <w:sz w:val="20"/>
    </w:rPr>
  </w:style>
  <w:style w:type="paragraph" w:customStyle="1" w:styleId="Tekstpodstawowywcity31">
    <w:name w:val="Tekst podstawowy wcięty 31"/>
    <w:basedOn w:val="Normalny"/>
    <w:rsid w:val="00C565FE"/>
    <w:pPr>
      <w:suppressAutoHyphens/>
      <w:spacing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Zwykytekst">
    <w:name w:val="Plain Text"/>
    <w:basedOn w:val="Normalny"/>
    <w:link w:val="ZwykytekstZnak"/>
    <w:rsid w:val="00AF55D4"/>
    <w:pPr>
      <w:spacing w:after="0" w:line="240" w:lineRule="auto"/>
    </w:pPr>
    <w:rPr>
      <w:rFonts w:ascii="Courier New" w:eastAsia="Times New Roman" w:hAnsi="Courier New" w:cs="Courier New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F55D4"/>
    <w:rPr>
      <w:rFonts w:ascii="Courier New" w:eastAsia="Times New Roman" w:hAnsi="Courier New" w:cs="Courier New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szpital-mikolow.com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szpital-mikolow.com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szpital-mikolow.co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owienia@szpital-mikol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zpital-mikolow.com.p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3590</Words>
  <Characters>21544</Characters>
  <Application>Microsoft Office Word</Application>
  <DocSecurity>0</DocSecurity>
  <Lines>179</Lines>
  <Paragraphs>50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Miler</dc:creator>
  <cp:keywords/>
  <dc:description>generated by python-docx</dc:description>
  <cp:lastModifiedBy>Beata Miler</cp:lastModifiedBy>
  <cp:revision>4</cp:revision>
  <cp:lastPrinted>2026-08-20T08:31:00Z</cp:lastPrinted>
  <dcterms:created xsi:type="dcterms:W3CDTF">2026-08-24T11:36:00Z</dcterms:created>
  <dcterms:modified xsi:type="dcterms:W3CDTF">2026-08-26T10:37:00Z</dcterms:modified>
  <cp:category/>
</cp:coreProperties>
</file>